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BF0D" w14:textId="77777777" w:rsidR="009E058F" w:rsidRDefault="007F5FE3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0F34C08D" wp14:editId="75CBA27B">
            <wp:extent cx="5760000" cy="1181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ban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1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4991" w14:textId="77777777" w:rsidR="009E058F" w:rsidRDefault="009E058F">
      <w:pPr>
        <w:pBdr>
          <w:bottom w:val="single" w:sz="6" w:space="1" w:color="000000"/>
        </w:pBdr>
      </w:pPr>
    </w:p>
    <w:p w14:paraId="47C80B5C" w14:textId="7FB56F44" w:rsidR="00450367" w:rsidRDefault="00450367" w:rsidP="00450367">
      <w:pPr>
        <w:spacing w:after="80"/>
        <w:rPr>
          <w:rFonts w:ascii="Arial" w:hAnsi="Arial" w:cs="Arial"/>
          <w:szCs w:val="24"/>
          <w:lang w:val="it-IT"/>
        </w:rPr>
      </w:pPr>
      <w:r w:rsidRPr="00450367">
        <w:rPr>
          <w:rFonts w:ascii="Arial" w:hAnsi="Arial" w:cs="Arial"/>
          <w:szCs w:val="24"/>
          <w:lang w:val="it-IT"/>
        </w:rPr>
        <w:t xml:space="preserve">Prot. N. </w:t>
      </w:r>
      <w:r>
        <w:rPr>
          <w:rFonts w:ascii="Arial" w:hAnsi="Arial" w:cs="Arial"/>
          <w:szCs w:val="24"/>
          <w:lang w:val="it-IT"/>
        </w:rPr>
        <w:t>117671 del 10/07/2026</w:t>
      </w:r>
    </w:p>
    <w:p w14:paraId="6E7A7717" w14:textId="77777777" w:rsidR="00450367" w:rsidRDefault="00450367" w:rsidP="00450367">
      <w:pPr>
        <w:spacing w:after="80"/>
        <w:rPr>
          <w:b/>
          <w:sz w:val="26"/>
        </w:rPr>
      </w:pPr>
    </w:p>
    <w:p w14:paraId="12B2EC1D" w14:textId="559171D0" w:rsidR="009E058F" w:rsidRDefault="007F5FE3">
      <w:pPr>
        <w:spacing w:after="80"/>
        <w:jc w:val="center"/>
      </w:pPr>
      <w:r>
        <w:rPr>
          <w:b/>
          <w:sz w:val="26"/>
        </w:rPr>
        <w:t>AVVISO PUBBLICO PERMANENTE PER L'ADESIONE AL PROTOCOLLO D'INTESA ETICO SOLIDALE TRA L'ASP DI COSENZA E GLI ENTI DEL TERZO SETTORE</w:t>
      </w:r>
    </w:p>
    <w:p w14:paraId="51175FC6" w14:textId="1424D437" w:rsidR="009E058F" w:rsidRDefault="009E058F">
      <w:pPr>
        <w:spacing w:before="40" w:after="160"/>
        <w:jc w:val="center"/>
        <w:rPr>
          <w:b/>
        </w:rPr>
      </w:pPr>
    </w:p>
    <w:p w14:paraId="08C20061" w14:textId="77777777" w:rsidR="009E058F" w:rsidRDefault="007F5FE3">
      <w:pPr>
        <w:spacing w:after="120"/>
        <w:jc w:val="both"/>
      </w:pPr>
      <w:r>
        <w:rPr>
          <w:b/>
        </w:rPr>
        <w:t xml:space="preserve">VISTO </w:t>
      </w:r>
      <w:r>
        <w:t xml:space="preserve">il </w:t>
      </w:r>
      <w:proofErr w:type="spellStart"/>
      <w:proofErr w:type="gramStart"/>
      <w:r>
        <w:t>D.Lgs</w:t>
      </w:r>
      <w:proofErr w:type="spellEnd"/>
      <w:proofErr w:type="gramEnd"/>
      <w:r>
        <w:t xml:space="preserve">. 3 </w:t>
      </w:r>
      <w:proofErr w:type="spellStart"/>
      <w:r>
        <w:t>luglio</w:t>
      </w:r>
      <w:proofErr w:type="spellEnd"/>
      <w:r>
        <w:t xml:space="preserve"> 2017, n. 117 (</w:t>
      </w:r>
      <w:proofErr w:type="spellStart"/>
      <w:r>
        <w:t>Codice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) e, in </w:t>
      </w:r>
      <w:proofErr w:type="spellStart"/>
      <w:r>
        <w:t>particolare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55, 56 e 57,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disciplinano</w:t>
      </w:r>
      <w:proofErr w:type="spellEnd"/>
      <w:r>
        <w:t xml:space="preserve"> il </w:t>
      </w:r>
      <w:proofErr w:type="spellStart"/>
      <w:r>
        <w:t>coinvolgimento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di interesse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di co-</w:t>
      </w:r>
      <w:proofErr w:type="spellStart"/>
      <w:r>
        <w:t>programmazione</w:t>
      </w:r>
      <w:proofErr w:type="spellEnd"/>
      <w:r>
        <w:t>, co-</w:t>
      </w:r>
      <w:proofErr w:type="spellStart"/>
      <w:r>
        <w:t>progettazione</w:t>
      </w:r>
      <w:proofErr w:type="spellEnd"/>
      <w:r>
        <w:t xml:space="preserve"> e </w:t>
      </w:r>
      <w:proofErr w:type="spellStart"/>
      <w:r>
        <w:t>accreditamento</w:t>
      </w:r>
      <w:proofErr w:type="spellEnd"/>
      <w:r>
        <w:t>;</w:t>
      </w:r>
    </w:p>
    <w:p w14:paraId="15954DBA" w14:textId="77777777" w:rsidR="009E058F" w:rsidRDefault="007F5FE3">
      <w:pPr>
        <w:spacing w:after="120"/>
        <w:jc w:val="both"/>
      </w:pPr>
      <w:r>
        <w:rPr>
          <w:b/>
        </w:rPr>
        <w:t xml:space="preserve">VISTO </w:t>
      </w:r>
      <w:r>
        <w:t xml:space="preserve">il D.M. 23 </w:t>
      </w:r>
      <w:proofErr w:type="spellStart"/>
      <w:r>
        <w:t>maggio</w:t>
      </w:r>
      <w:proofErr w:type="spellEnd"/>
      <w:r>
        <w:t xml:space="preserve"> 2022, n. 77, </w:t>
      </w:r>
      <w:proofErr w:type="spellStart"/>
      <w:r>
        <w:t>recante</w:t>
      </w:r>
      <w:proofErr w:type="spellEnd"/>
      <w:r>
        <w:t xml:space="preserve"> il </w:t>
      </w:r>
      <w:proofErr w:type="spellStart"/>
      <w:r>
        <w:t>modello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t xml:space="preserve"> per lo </w:t>
      </w:r>
      <w:proofErr w:type="spellStart"/>
      <w:r>
        <w:t>sviluppo</w:t>
      </w:r>
      <w:proofErr w:type="spellEnd"/>
      <w:r>
        <w:t xml:space="preserve"> </w:t>
      </w:r>
      <w:proofErr w:type="spellStart"/>
      <w:r>
        <w:t>dell'assistenza</w:t>
      </w:r>
      <w:proofErr w:type="spellEnd"/>
      <w:r>
        <w:t xml:space="preserve">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Servizio</w:t>
      </w:r>
      <w:proofErr w:type="spellEnd"/>
      <w:r>
        <w:t xml:space="preserve"> </w:t>
      </w:r>
      <w:proofErr w:type="spellStart"/>
      <w:r>
        <w:t>Sanitario</w:t>
      </w:r>
      <w:proofErr w:type="spellEnd"/>
      <w:r>
        <w:t xml:space="preserve"> Nazionale,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valorizza</w:t>
      </w:r>
      <w:proofErr w:type="spellEnd"/>
      <w:r>
        <w:t xml:space="preserve"> la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e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Case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e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Ospedali</w:t>
      </w:r>
      <w:proofErr w:type="spellEnd"/>
      <w:r>
        <w:t xml:space="preserve"> di </w:t>
      </w:r>
      <w:proofErr w:type="spellStart"/>
      <w:r>
        <w:t>Comunità</w:t>
      </w:r>
      <w:proofErr w:type="spellEnd"/>
      <w:r>
        <w:t>;</w:t>
      </w:r>
    </w:p>
    <w:p w14:paraId="1BD38CCC" w14:textId="77777777" w:rsidR="009E058F" w:rsidRDefault="007F5FE3">
      <w:pPr>
        <w:spacing w:after="120"/>
        <w:jc w:val="both"/>
      </w:pPr>
      <w:r>
        <w:rPr>
          <w:b/>
        </w:rPr>
        <w:t xml:space="preserve">VISTA </w:t>
      </w:r>
      <w:r>
        <w:t xml:space="preserve">la </w:t>
      </w:r>
      <w:proofErr w:type="spellStart"/>
      <w:r>
        <w:t>Deliberazione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Giunta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Calabria n. 439 </w:t>
      </w:r>
      <w:proofErr w:type="gramStart"/>
      <w:r>
        <w:t>dell</w:t>
      </w:r>
      <w:proofErr w:type="gramEnd"/>
      <w:r>
        <w:t xml:space="preserve">'11 </w:t>
      </w:r>
      <w:proofErr w:type="spellStart"/>
      <w:r>
        <w:t>settembre</w:t>
      </w:r>
      <w:proofErr w:type="spellEnd"/>
      <w:r>
        <w:t xml:space="preserve"> 2025 (B.U.R.C. n. 190 del 25 </w:t>
      </w:r>
      <w:proofErr w:type="spellStart"/>
      <w:r>
        <w:t>settembre</w:t>
      </w:r>
      <w:proofErr w:type="spellEnd"/>
      <w:r>
        <w:t xml:space="preserve"> 2025), </w:t>
      </w:r>
      <w:proofErr w:type="spellStart"/>
      <w:r>
        <w:t>recante</w:t>
      </w:r>
      <w:proofErr w:type="spellEnd"/>
      <w:r>
        <w:t xml:space="preserve"> il </w:t>
      </w:r>
      <w:proofErr w:type="spellStart"/>
      <w:r>
        <w:t>protocollo</w:t>
      </w:r>
      <w:proofErr w:type="spellEnd"/>
      <w:r>
        <w:t xml:space="preserve"> di </w:t>
      </w:r>
      <w:proofErr w:type="spellStart"/>
      <w:r>
        <w:t>legalità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>;</w:t>
      </w:r>
    </w:p>
    <w:p w14:paraId="1DCD38BE" w14:textId="41140A54" w:rsidR="009E058F" w:rsidRDefault="007F5FE3">
      <w:pPr>
        <w:spacing w:after="120"/>
        <w:jc w:val="both"/>
      </w:pPr>
      <w:r>
        <w:rPr>
          <w:b/>
        </w:rPr>
        <w:t xml:space="preserve">VISTA </w:t>
      </w:r>
      <w:r>
        <w:t xml:space="preserve">la </w:t>
      </w:r>
      <w:proofErr w:type="spellStart"/>
      <w:r>
        <w:t>Deliberazione</w:t>
      </w:r>
      <w:proofErr w:type="spellEnd"/>
      <w:r>
        <w:t xml:space="preserve"> del </w:t>
      </w:r>
      <w:proofErr w:type="spellStart"/>
      <w:r>
        <w:t>Commissario</w:t>
      </w:r>
      <w:proofErr w:type="spellEnd"/>
      <w:r>
        <w:t xml:space="preserve"> </w:t>
      </w:r>
      <w:proofErr w:type="spellStart"/>
      <w:r>
        <w:t>Straordinario</w:t>
      </w:r>
      <w:proofErr w:type="spellEnd"/>
      <w:r>
        <w:t xml:space="preserve"> n. </w:t>
      </w:r>
      <w:r w:rsidR="00E804C5">
        <w:t>896</w:t>
      </w:r>
      <w:r>
        <w:t xml:space="preserve"> del </w:t>
      </w:r>
      <w:r w:rsidR="00E804C5">
        <w:t>25/06/</w:t>
      </w:r>
      <w:r>
        <w:t xml:space="preserve">2026, con la quale </w:t>
      </w:r>
      <w:proofErr w:type="spellStart"/>
      <w:r>
        <w:t>l'ASP</w:t>
      </w:r>
      <w:proofErr w:type="spellEnd"/>
      <w:r>
        <w:t xml:space="preserve"> di Cosenza ha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atto</w:t>
      </w:r>
      <w:proofErr w:type="spellEnd"/>
      <w:r>
        <w:t xml:space="preserve"> ed </w:t>
      </w:r>
      <w:proofErr w:type="spellStart"/>
      <w:r>
        <w:t>approvato</w:t>
      </w:r>
      <w:proofErr w:type="spellEnd"/>
      <w:r>
        <w:t xml:space="preserve"> il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l'Azienda</w:t>
      </w:r>
      <w:proofErr w:type="spellEnd"/>
      <w:r>
        <w:t xml:space="preserve"> e le </w:t>
      </w:r>
      <w:proofErr w:type="spellStart"/>
      <w:r>
        <w:t>Associazioni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E.T.S., le Cooperative </w:t>
      </w:r>
      <w:proofErr w:type="spellStart"/>
      <w:r>
        <w:t>sociali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Comitati</w:t>
      </w:r>
      <w:proofErr w:type="spellEnd"/>
      <w:r>
        <w:t xml:space="preserve"> </w:t>
      </w:r>
      <w:proofErr w:type="spellStart"/>
      <w:r>
        <w:t>civici</w:t>
      </w:r>
      <w:proofErr w:type="spellEnd"/>
      <w:r>
        <w:t xml:space="preserve"> e le </w:t>
      </w:r>
      <w:proofErr w:type="spellStart"/>
      <w:r>
        <w:t>Reti</w:t>
      </w:r>
      <w:proofErr w:type="spellEnd"/>
      <w:r>
        <w:t xml:space="preserve"> associative </w:t>
      </w:r>
      <w:proofErr w:type="spellStart"/>
      <w:r>
        <w:t>aderenti</w:t>
      </w:r>
      <w:proofErr w:type="spellEnd"/>
      <w:r>
        <w:t xml:space="preserve">, quale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integrante</w:t>
      </w:r>
      <w:proofErr w:type="spellEnd"/>
      <w:r>
        <w:t xml:space="preserve"> e </w:t>
      </w:r>
      <w:proofErr w:type="spellStart"/>
      <w:r>
        <w:t>sostanziale</w:t>
      </w:r>
      <w:proofErr w:type="spellEnd"/>
      <w:r>
        <w:t xml:space="preserve"> del </w:t>
      </w:r>
      <w:proofErr w:type="spellStart"/>
      <w:r>
        <w:t>provvedimento</w:t>
      </w:r>
      <w:proofErr w:type="spellEnd"/>
      <w:r w:rsidR="00E804C5">
        <w:t>;</w:t>
      </w:r>
    </w:p>
    <w:p w14:paraId="65068133" w14:textId="77777777" w:rsidR="009E058F" w:rsidRDefault="007F5FE3">
      <w:pPr>
        <w:spacing w:after="120"/>
        <w:jc w:val="both"/>
      </w:pPr>
      <w:r>
        <w:rPr>
          <w:b/>
        </w:rPr>
        <w:t xml:space="preserve">VISTO </w:t>
      </w:r>
      <w:proofErr w:type="spellStart"/>
      <w:r>
        <w:t>l'art</w:t>
      </w:r>
      <w:proofErr w:type="spellEnd"/>
      <w:r>
        <w:t xml:space="preserve">. 11 del </w:t>
      </w:r>
      <w:proofErr w:type="spellStart"/>
      <w:r>
        <w:t>predetto</w:t>
      </w:r>
      <w:proofErr w:type="spellEnd"/>
      <w:r>
        <w:t xml:space="preserve"> </w:t>
      </w:r>
      <w:proofErr w:type="spellStart"/>
      <w:r>
        <w:t>Protocollo</w:t>
      </w:r>
      <w:proofErr w:type="spellEnd"/>
      <w:r>
        <w:t xml:space="preserve">, il quale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l'adesione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disposta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apposito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per la </w:t>
      </w:r>
      <w:proofErr w:type="spellStart"/>
      <w:r>
        <w:t>raccolta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relative </w:t>
      </w:r>
      <w:proofErr w:type="spellStart"/>
      <w:r>
        <w:t>istanze</w:t>
      </w:r>
      <w:proofErr w:type="spellEnd"/>
      <w:r>
        <w:t>;</w:t>
      </w:r>
    </w:p>
    <w:p w14:paraId="459779DD" w14:textId="77777777" w:rsidR="009E058F" w:rsidRDefault="007F5FE3">
      <w:pPr>
        <w:spacing w:after="120"/>
        <w:jc w:val="both"/>
      </w:pPr>
      <w:r>
        <w:rPr>
          <w:b/>
        </w:rPr>
        <w:t xml:space="preserve">CONSIDERATO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Protocollo</w:t>
      </w:r>
      <w:proofErr w:type="spellEnd"/>
      <w:r>
        <w:t xml:space="preserve"> è </w:t>
      </w:r>
      <w:proofErr w:type="spellStart"/>
      <w:r>
        <w:t>aperto</w:t>
      </w:r>
      <w:proofErr w:type="spellEnd"/>
      <w:r>
        <w:t xml:space="preserve"> </w:t>
      </w:r>
      <w:proofErr w:type="spellStart"/>
      <w:r>
        <w:t>all'adesione</w:t>
      </w:r>
      <w:proofErr w:type="spellEnd"/>
      <w:r>
        <w:t xml:space="preserve"> di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Associazioni</w:t>
      </w:r>
      <w:proofErr w:type="spellEnd"/>
      <w:r>
        <w:t xml:space="preserve">, E.T.S., Cooperative </w:t>
      </w:r>
      <w:proofErr w:type="spellStart"/>
      <w:r>
        <w:t>sociali</w:t>
      </w:r>
      <w:proofErr w:type="spellEnd"/>
      <w:r>
        <w:t xml:space="preserve">, </w:t>
      </w:r>
      <w:proofErr w:type="spellStart"/>
      <w:r>
        <w:t>Comitati</w:t>
      </w:r>
      <w:proofErr w:type="spellEnd"/>
      <w:r>
        <w:t xml:space="preserve"> </w:t>
      </w:r>
      <w:proofErr w:type="spellStart"/>
      <w:r>
        <w:t>civici</w:t>
      </w:r>
      <w:proofErr w:type="spellEnd"/>
      <w:r>
        <w:t xml:space="preserve"> e </w:t>
      </w:r>
      <w:proofErr w:type="spellStart"/>
      <w:r>
        <w:t>Reti</w:t>
      </w:r>
      <w:proofErr w:type="spellEnd"/>
      <w:r>
        <w:t xml:space="preserve"> associative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richiesti</w:t>
      </w:r>
      <w:proofErr w:type="spellEnd"/>
      <w:r>
        <w:t xml:space="preserve">, al fine di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civica</w:t>
      </w:r>
      <w:proofErr w:type="spellEnd"/>
      <w:r>
        <w:t>, la co-</w:t>
      </w:r>
      <w:proofErr w:type="spellStart"/>
      <w:r>
        <w:t>programmazione</w:t>
      </w:r>
      <w:proofErr w:type="spellEnd"/>
      <w:r>
        <w:t xml:space="preserve"> e il </w:t>
      </w:r>
      <w:proofErr w:type="spellStart"/>
      <w:r>
        <w:t>rafforzamento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rete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Case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>;</w:t>
      </w:r>
    </w:p>
    <w:p w14:paraId="5F2AE22F" w14:textId="77777777" w:rsidR="009E058F" w:rsidRDefault="007F5FE3">
      <w:pPr>
        <w:spacing w:after="120"/>
        <w:jc w:val="both"/>
      </w:pPr>
      <w:r>
        <w:rPr>
          <w:b/>
        </w:rPr>
        <w:t xml:space="preserve">RITENUTO </w:t>
      </w:r>
      <w:r>
        <w:t xml:space="preserve">di dover </w:t>
      </w:r>
      <w:proofErr w:type="gramStart"/>
      <w:r>
        <w:t>dare</w:t>
      </w:r>
      <w:proofErr w:type="gramEnd"/>
      <w:r>
        <w:t xml:space="preserve"> </w:t>
      </w:r>
      <w:proofErr w:type="spellStart"/>
      <w:r>
        <w:t>attuazione</w:t>
      </w:r>
      <w:proofErr w:type="spellEnd"/>
      <w:r>
        <w:t xml:space="preserve"> a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disposto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citata</w:t>
      </w:r>
      <w:proofErr w:type="spellEnd"/>
      <w:r>
        <w:t xml:space="preserve"> </w:t>
      </w:r>
      <w:proofErr w:type="spellStart"/>
      <w:r>
        <w:t>Deliberazione</w:t>
      </w:r>
      <w:proofErr w:type="spellEnd"/>
      <w:r>
        <w:t xml:space="preserve">, procedendo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pubblicazione</w:t>
      </w:r>
      <w:proofErr w:type="spellEnd"/>
      <w:r>
        <w:t xml:space="preserve"> del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, </w:t>
      </w:r>
      <w:proofErr w:type="spellStart"/>
      <w:r>
        <w:t>unitamente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modulistica</w:t>
      </w:r>
      <w:proofErr w:type="spellEnd"/>
      <w:r>
        <w:t>;</w:t>
      </w:r>
    </w:p>
    <w:p w14:paraId="0B34092F" w14:textId="53EB2175" w:rsidR="009E058F" w:rsidRDefault="001269BE">
      <w:pPr>
        <w:spacing w:before="120" w:after="160"/>
        <w:jc w:val="center"/>
      </w:pPr>
      <w:r>
        <w:rPr>
          <w:b/>
        </w:rPr>
        <w:t xml:space="preserve">SI </w:t>
      </w:r>
      <w:r w:rsidR="007F5FE3">
        <w:rPr>
          <w:b/>
        </w:rPr>
        <w:t>RENDE NOTO</w:t>
      </w:r>
    </w:p>
    <w:p w14:paraId="6650F6F6" w14:textId="77777777" w:rsidR="009E058F" w:rsidRDefault="007F5FE3">
      <w:pPr>
        <w:spacing w:after="160"/>
        <w:jc w:val="both"/>
      </w:pPr>
      <w:proofErr w:type="spellStart"/>
      <w:r>
        <w:lastRenderedPageBreak/>
        <w:t>che</w:t>
      </w:r>
      <w:proofErr w:type="spellEnd"/>
      <w:r>
        <w:t xml:space="preserve"> è </w:t>
      </w:r>
      <w:proofErr w:type="spellStart"/>
      <w:r>
        <w:t>indetto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, a carattere </w:t>
      </w:r>
      <w:proofErr w:type="spellStart"/>
      <w:r>
        <w:t>permanente</w:t>
      </w:r>
      <w:proofErr w:type="spellEnd"/>
      <w:r>
        <w:t xml:space="preserve">, per la </w:t>
      </w:r>
      <w:proofErr w:type="spellStart"/>
      <w:r>
        <w:t>raccolta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istanze</w:t>
      </w:r>
      <w:proofErr w:type="spellEnd"/>
      <w:r>
        <w:t xml:space="preserve"> di </w:t>
      </w:r>
      <w:proofErr w:type="spellStart"/>
      <w:r>
        <w:t>adesione</w:t>
      </w:r>
      <w:proofErr w:type="spellEnd"/>
      <w:r>
        <w:t xml:space="preserve"> al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</w:t>
      </w:r>
      <w:proofErr w:type="spellStart"/>
      <w:r>
        <w:t>dell'ASP</w:t>
      </w:r>
      <w:proofErr w:type="spellEnd"/>
      <w:r>
        <w:t xml:space="preserve"> di Cosenza, da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e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 xml:space="preserve">. 3, secondo le </w:t>
      </w:r>
      <w:proofErr w:type="spellStart"/>
      <w:r>
        <w:t>modalità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 indicate.</w:t>
      </w:r>
    </w:p>
    <w:p w14:paraId="4B1F1F9F" w14:textId="77777777" w:rsidR="009E058F" w:rsidRDefault="007F5FE3">
      <w:pPr>
        <w:spacing w:before="160" w:after="80"/>
      </w:pPr>
      <w:r>
        <w:rPr>
          <w:b/>
        </w:rPr>
        <w:t xml:space="preserve">Art. 1 – </w:t>
      </w:r>
      <w:proofErr w:type="spellStart"/>
      <w:r>
        <w:rPr>
          <w:b/>
        </w:rPr>
        <w:t>Finalità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oggetto</w:t>
      </w:r>
      <w:proofErr w:type="spellEnd"/>
    </w:p>
    <w:p w14:paraId="040CF1F4" w14:textId="77777777" w:rsidR="009E058F" w:rsidRDefault="007F5FE3">
      <w:pPr>
        <w:spacing w:after="160"/>
        <w:jc w:val="both"/>
      </w:pPr>
      <w:r>
        <w:t xml:space="preserve">Il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le </w:t>
      </w:r>
      <w:proofErr w:type="spellStart"/>
      <w:r>
        <w:t>modalità</w:t>
      </w:r>
      <w:proofErr w:type="spellEnd"/>
      <w:r>
        <w:t xml:space="preserve"> di </w:t>
      </w:r>
      <w:proofErr w:type="spellStart"/>
      <w:r>
        <w:t>adesione</w:t>
      </w:r>
      <w:proofErr w:type="spellEnd"/>
      <w:r>
        <w:t xml:space="preserve"> al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(di </w:t>
      </w:r>
      <w:proofErr w:type="spellStart"/>
      <w:r>
        <w:t>seguito</w:t>
      </w:r>
      <w:proofErr w:type="spellEnd"/>
      <w:r>
        <w:t xml:space="preserve"> “</w:t>
      </w:r>
      <w:proofErr w:type="spellStart"/>
      <w:r>
        <w:t>Protocollo</w:t>
      </w:r>
      <w:proofErr w:type="spellEnd"/>
      <w:r>
        <w:t xml:space="preserve">”), </w:t>
      </w:r>
      <w:proofErr w:type="spellStart"/>
      <w:r>
        <w:t>finalizzato</w:t>
      </w:r>
      <w:proofErr w:type="spellEnd"/>
      <w:r>
        <w:t xml:space="preserve"> a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partecipazione</w:t>
      </w:r>
      <w:proofErr w:type="spellEnd"/>
      <w:r>
        <w:t xml:space="preserve"> </w:t>
      </w:r>
      <w:proofErr w:type="spellStart"/>
      <w:r>
        <w:t>civica</w:t>
      </w:r>
      <w:proofErr w:type="spellEnd"/>
      <w:r>
        <w:t>, la co-</w:t>
      </w:r>
      <w:proofErr w:type="spellStart"/>
      <w:r>
        <w:t>programmazione</w:t>
      </w:r>
      <w:proofErr w:type="spellEnd"/>
      <w:r>
        <w:t xml:space="preserve"> e la co-</w:t>
      </w:r>
      <w:proofErr w:type="spellStart"/>
      <w:r>
        <w:t>progettazione</w:t>
      </w:r>
      <w:proofErr w:type="spellEnd"/>
      <w:r>
        <w:t xml:space="preserve"> ai sensi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55 e </w:t>
      </w:r>
      <w:proofErr w:type="spellStart"/>
      <w:r>
        <w:t>seguenti</w:t>
      </w:r>
      <w:proofErr w:type="spellEnd"/>
      <w:r>
        <w:t xml:space="preserve"> del </w:t>
      </w:r>
      <w:proofErr w:type="spellStart"/>
      <w:r>
        <w:t>D.Lgs</w:t>
      </w:r>
      <w:proofErr w:type="spellEnd"/>
      <w:r>
        <w:t xml:space="preserve">. 3 </w:t>
      </w:r>
      <w:proofErr w:type="spellStart"/>
      <w:r>
        <w:t>luglio</w:t>
      </w:r>
      <w:proofErr w:type="spellEnd"/>
      <w:r>
        <w:t xml:space="preserve"> 2017, n. 117 (</w:t>
      </w:r>
      <w:proofErr w:type="spellStart"/>
      <w:r>
        <w:t>Codice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), </w:t>
      </w:r>
      <w:proofErr w:type="spellStart"/>
      <w:r>
        <w:t>nonché</w:t>
      </w:r>
      <w:proofErr w:type="spellEnd"/>
      <w:r>
        <w:t xml:space="preserve"> a </w:t>
      </w:r>
      <w:proofErr w:type="spellStart"/>
      <w:r>
        <w:t>rafforzare</w:t>
      </w:r>
      <w:proofErr w:type="spellEnd"/>
      <w:r>
        <w:t xml:space="preserve"> la rete </w:t>
      </w:r>
      <w:proofErr w:type="spellStart"/>
      <w:r>
        <w:t>territoriale</w:t>
      </w:r>
      <w:proofErr w:type="spellEnd"/>
      <w:r>
        <w:t xml:space="preserve"> a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Case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 xml:space="preserve"> e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Ospedali</w:t>
      </w:r>
      <w:proofErr w:type="spellEnd"/>
      <w:r>
        <w:t xml:space="preserve"> di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Cosenza, in </w:t>
      </w:r>
      <w:proofErr w:type="spellStart"/>
      <w:r>
        <w:t>coerenza</w:t>
      </w:r>
      <w:proofErr w:type="spellEnd"/>
      <w:r>
        <w:t xml:space="preserve"> con il </w:t>
      </w:r>
      <w:proofErr w:type="spellStart"/>
      <w:r>
        <w:t>modello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t xml:space="preserve"> </w:t>
      </w:r>
      <w:proofErr w:type="spellStart"/>
      <w:r>
        <w:t>dell'assistenza</w:t>
      </w:r>
      <w:proofErr w:type="spellEnd"/>
      <w:r>
        <w:t xml:space="preserve"> </w:t>
      </w:r>
      <w:proofErr w:type="spellStart"/>
      <w:r>
        <w:t>territoriale</w:t>
      </w:r>
      <w:proofErr w:type="spellEnd"/>
      <w:r>
        <w:t xml:space="preserve"> di cui al D.M. 23 </w:t>
      </w:r>
      <w:proofErr w:type="spellStart"/>
      <w:r>
        <w:t>maggio</w:t>
      </w:r>
      <w:proofErr w:type="spellEnd"/>
      <w:r>
        <w:t xml:space="preserve"> 2022, n. 77.</w:t>
      </w:r>
    </w:p>
    <w:p w14:paraId="7FAAD349" w14:textId="77777777" w:rsidR="009E058F" w:rsidRDefault="007F5FE3">
      <w:pPr>
        <w:spacing w:after="160"/>
        <w:jc w:val="both"/>
      </w:pPr>
      <w:proofErr w:type="spellStart"/>
      <w:r>
        <w:t>L'adesione</w:t>
      </w:r>
      <w:proofErr w:type="spellEnd"/>
      <w:r>
        <w:t xml:space="preserve"> al </w:t>
      </w:r>
      <w:proofErr w:type="spellStart"/>
      <w:r>
        <w:t>Protocollo</w:t>
      </w:r>
      <w:proofErr w:type="spellEnd"/>
      <w:r>
        <w:t xml:space="preserve"> ha carattere </w:t>
      </w:r>
      <w:proofErr w:type="spellStart"/>
      <w:r>
        <w:t>volontario</w:t>
      </w:r>
      <w:proofErr w:type="spellEnd"/>
      <w:r>
        <w:t xml:space="preserve"> e non </w:t>
      </w:r>
      <w:proofErr w:type="spellStart"/>
      <w:r>
        <w:t>oneroso</w:t>
      </w:r>
      <w:proofErr w:type="spellEnd"/>
      <w:r>
        <w:t xml:space="preserve"> e non </w:t>
      </w:r>
      <w:proofErr w:type="spellStart"/>
      <w:r>
        <w:t>comporta</w:t>
      </w:r>
      <w:proofErr w:type="spellEnd"/>
      <w:r>
        <w:t xml:space="preserve">, di per </w:t>
      </w:r>
      <w:proofErr w:type="spellStart"/>
      <w:r>
        <w:t>sé</w:t>
      </w:r>
      <w:proofErr w:type="spellEnd"/>
      <w:r>
        <w:t xml:space="preserve">, </w:t>
      </w:r>
      <w:proofErr w:type="spellStart"/>
      <w:r>
        <w:t>l'instaurazione</w:t>
      </w:r>
      <w:proofErr w:type="spellEnd"/>
      <w:r>
        <w:t xml:space="preserve"> di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di natura </w:t>
      </w:r>
      <w:proofErr w:type="spellStart"/>
      <w:r>
        <w:t>economica</w:t>
      </w:r>
      <w:proofErr w:type="spellEnd"/>
      <w:r>
        <w:t xml:space="preserve"> o </w:t>
      </w:r>
      <w:proofErr w:type="spellStart"/>
      <w:r>
        <w:t>lavorativa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l'ASP</w:t>
      </w:r>
      <w:proofErr w:type="spellEnd"/>
      <w:r>
        <w:t xml:space="preserve"> di Cosenza e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aderenti</w:t>
      </w:r>
      <w:proofErr w:type="spellEnd"/>
      <w:r>
        <w:t xml:space="preserve">, né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onere</w:t>
      </w:r>
      <w:proofErr w:type="spellEnd"/>
      <w:r>
        <w:t xml:space="preserve"> </w:t>
      </w:r>
      <w:proofErr w:type="spellStart"/>
      <w:r>
        <w:t>finanziario</w:t>
      </w:r>
      <w:proofErr w:type="spellEnd"/>
      <w:r>
        <w:t xml:space="preserve"> a </w:t>
      </w:r>
      <w:proofErr w:type="spellStart"/>
      <w:r>
        <w:t>carico</w:t>
      </w:r>
      <w:proofErr w:type="spellEnd"/>
      <w:r>
        <w:t xml:space="preserve"> </w:t>
      </w:r>
      <w:proofErr w:type="spellStart"/>
      <w:r>
        <w:t>dell'Azienda</w:t>
      </w:r>
      <w:proofErr w:type="spellEnd"/>
      <w:r>
        <w:t>.</w:t>
      </w:r>
    </w:p>
    <w:p w14:paraId="577899D2" w14:textId="77777777" w:rsidR="009E058F" w:rsidRDefault="007F5FE3">
      <w:pPr>
        <w:spacing w:before="160" w:after="80"/>
      </w:pPr>
      <w:r>
        <w:rPr>
          <w:b/>
        </w:rPr>
        <w:t xml:space="preserve">Art. 2 – </w:t>
      </w:r>
      <w:proofErr w:type="spellStart"/>
      <w:r>
        <w:rPr>
          <w:b/>
        </w:rPr>
        <w:t>Soggetti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destinatari</w:t>
      </w:r>
      <w:proofErr w:type="spellEnd"/>
    </w:p>
    <w:p w14:paraId="48B1E255" w14:textId="77777777" w:rsidR="009E058F" w:rsidRDefault="007F5FE3">
      <w:pPr>
        <w:spacing w:after="160"/>
        <w:jc w:val="both"/>
      </w:pPr>
      <w:proofErr w:type="spellStart"/>
      <w:r>
        <w:t>Possono</w:t>
      </w:r>
      <w:proofErr w:type="spellEnd"/>
      <w:r>
        <w:t xml:space="preserve"> </w:t>
      </w:r>
      <w:proofErr w:type="spellStart"/>
      <w:r>
        <w:t>presentare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di </w:t>
      </w:r>
      <w:proofErr w:type="spellStart"/>
      <w:r>
        <w:t>adesione</w:t>
      </w:r>
      <w:proofErr w:type="spellEnd"/>
      <w:r>
        <w:t xml:space="preserve"> al </w:t>
      </w:r>
      <w:proofErr w:type="spellStart"/>
      <w:r>
        <w:t>Protocollo</w:t>
      </w:r>
      <w:proofErr w:type="spellEnd"/>
      <w:r>
        <w:t>:</w:t>
      </w:r>
    </w:p>
    <w:p w14:paraId="6B44B6EF" w14:textId="77777777" w:rsidR="009E058F" w:rsidRDefault="007F5FE3">
      <w:pPr>
        <w:pStyle w:val="Puntoelenco"/>
        <w:spacing w:after="40"/>
        <w:jc w:val="both"/>
      </w:pPr>
      <w:r>
        <w:t xml:space="preserve">le </w:t>
      </w:r>
      <w:proofErr w:type="spellStart"/>
      <w:r>
        <w:t>organizzazioni</w:t>
      </w:r>
      <w:proofErr w:type="spellEnd"/>
      <w:r>
        <w:t xml:space="preserve"> di </w:t>
      </w:r>
      <w:proofErr w:type="spellStart"/>
      <w:r>
        <w:t>volontariato</w:t>
      </w:r>
      <w:proofErr w:type="spellEnd"/>
      <w:r>
        <w:t xml:space="preserve"> (</w:t>
      </w:r>
      <w:proofErr w:type="spellStart"/>
      <w:r>
        <w:t>OdV</w:t>
      </w:r>
      <w:proofErr w:type="spellEnd"/>
      <w:r>
        <w:t xml:space="preserve">) e le </w:t>
      </w:r>
      <w:proofErr w:type="spellStart"/>
      <w:r>
        <w:t>associazioni</w:t>
      </w:r>
      <w:proofErr w:type="spellEnd"/>
      <w:r>
        <w:t xml:space="preserve"> di </w:t>
      </w:r>
      <w:proofErr w:type="spellStart"/>
      <w:r>
        <w:t>volontariato</w:t>
      </w:r>
      <w:proofErr w:type="spellEnd"/>
      <w:r>
        <w:t>;</w:t>
      </w:r>
    </w:p>
    <w:p w14:paraId="462AE9C8" w14:textId="77777777" w:rsidR="009E058F" w:rsidRDefault="007F5FE3">
      <w:pPr>
        <w:pStyle w:val="Puntoelenco"/>
        <w:spacing w:after="40"/>
        <w:jc w:val="both"/>
      </w:pPr>
      <w:r>
        <w:t xml:space="preserve">le </w:t>
      </w:r>
      <w:proofErr w:type="spellStart"/>
      <w:r>
        <w:t>associazioni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(APS);</w:t>
      </w:r>
    </w:p>
    <w:p w14:paraId="77577A57" w14:textId="77777777" w:rsidR="009E058F" w:rsidRDefault="007F5FE3">
      <w:pPr>
        <w:pStyle w:val="Puntoelenco"/>
        <w:spacing w:after="40"/>
        <w:jc w:val="both"/>
      </w:pP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(E.T.S.) di cui </w:t>
      </w:r>
      <w:proofErr w:type="spellStart"/>
      <w:r>
        <w:t>all'art</w:t>
      </w:r>
      <w:proofErr w:type="spellEnd"/>
      <w:r>
        <w:t xml:space="preserve">. 4 del </w:t>
      </w:r>
      <w:proofErr w:type="spellStart"/>
      <w:r>
        <w:t>D.Lgs</w:t>
      </w:r>
      <w:proofErr w:type="spellEnd"/>
      <w:r>
        <w:t>. n. 117/2017;</w:t>
      </w:r>
    </w:p>
    <w:p w14:paraId="71FD4FE4" w14:textId="77777777" w:rsidR="009E058F" w:rsidRDefault="007F5FE3">
      <w:pPr>
        <w:pStyle w:val="Puntoelenco"/>
        <w:spacing w:after="40"/>
        <w:jc w:val="both"/>
      </w:pPr>
      <w:r>
        <w:t xml:space="preserve">le cooperative </w:t>
      </w:r>
      <w:proofErr w:type="spellStart"/>
      <w:r>
        <w:t>sociali</w:t>
      </w:r>
      <w:proofErr w:type="spellEnd"/>
      <w:r>
        <w:t xml:space="preserve"> e </w:t>
      </w:r>
      <w:proofErr w:type="spellStart"/>
      <w:r>
        <w:t>i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consorzi</w:t>
      </w:r>
      <w:proofErr w:type="spellEnd"/>
      <w:r>
        <w:t>;</w:t>
      </w:r>
    </w:p>
    <w:p w14:paraId="1DEEDA70" w14:textId="77777777" w:rsidR="009E058F" w:rsidRDefault="007F5FE3">
      <w:pPr>
        <w:pStyle w:val="Puntoelenco"/>
        <w:spacing w:after="40"/>
        <w:jc w:val="both"/>
      </w:pPr>
      <w:proofErr w:type="spellStart"/>
      <w:r>
        <w:t>i</w:t>
      </w:r>
      <w:proofErr w:type="spellEnd"/>
      <w:r>
        <w:t xml:space="preserve"> </w:t>
      </w:r>
      <w:proofErr w:type="spellStart"/>
      <w:r>
        <w:t>comitati</w:t>
      </w:r>
      <w:proofErr w:type="spellEnd"/>
      <w:r>
        <w:t xml:space="preserve"> </w:t>
      </w:r>
      <w:proofErr w:type="spellStart"/>
      <w:r>
        <w:t>civici</w:t>
      </w:r>
      <w:proofErr w:type="spellEnd"/>
      <w:r>
        <w:t>;</w:t>
      </w:r>
    </w:p>
    <w:p w14:paraId="6F3EB0DC" w14:textId="77777777" w:rsidR="009E058F" w:rsidRDefault="007F5FE3">
      <w:pPr>
        <w:pStyle w:val="Puntoelenco"/>
        <w:spacing w:after="40"/>
        <w:jc w:val="both"/>
      </w:pPr>
      <w:r>
        <w:t xml:space="preserve">le </w:t>
      </w:r>
      <w:proofErr w:type="spellStart"/>
      <w:r>
        <w:t>reti</w:t>
      </w:r>
      <w:proofErr w:type="spellEnd"/>
      <w:r>
        <w:t xml:space="preserve"> associative ed </w:t>
      </w:r>
      <w:proofErr w:type="spellStart"/>
      <w:r>
        <w:t>i</w:t>
      </w:r>
      <w:proofErr w:type="spellEnd"/>
      <w:r>
        <w:t xml:space="preserve"> </w:t>
      </w:r>
      <w:proofErr w:type="spellStart"/>
      <w:r>
        <w:t>relativi</w:t>
      </w:r>
      <w:proofErr w:type="spellEnd"/>
      <w:r>
        <w:t xml:space="preserve"> </w:t>
      </w:r>
      <w:proofErr w:type="spellStart"/>
      <w:r>
        <w:t>organismi</w:t>
      </w:r>
      <w:proofErr w:type="spellEnd"/>
      <w:r>
        <w:t xml:space="preserve"> di </w:t>
      </w:r>
      <w:proofErr w:type="spellStart"/>
      <w:r>
        <w:t>rappresentanza</w:t>
      </w:r>
      <w:proofErr w:type="spellEnd"/>
      <w:r>
        <w:t>.</w:t>
      </w:r>
    </w:p>
    <w:p w14:paraId="5313CE46" w14:textId="77777777" w:rsidR="009E058F" w:rsidRDefault="007F5FE3">
      <w:pPr>
        <w:spacing w:after="160"/>
        <w:jc w:val="both"/>
      </w:pPr>
      <w:r>
        <w:t xml:space="preserve">I </w:t>
      </w:r>
      <w:proofErr w:type="spellStart"/>
      <w:r>
        <w:t>soggetti</w:t>
      </w:r>
      <w:proofErr w:type="spellEnd"/>
      <w:r>
        <w:t xml:space="preserve"> di cui al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articolo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aderire</w:t>
      </w:r>
      <w:proofErr w:type="spellEnd"/>
      <w:r>
        <w:t xml:space="preserve"> in forma </w:t>
      </w:r>
      <w:proofErr w:type="spellStart"/>
      <w:r>
        <w:t>singola</w:t>
      </w:r>
      <w:proofErr w:type="spellEnd"/>
      <w:r>
        <w:t xml:space="preserve"> o </w:t>
      </w:r>
      <w:proofErr w:type="spellStart"/>
      <w:r>
        <w:t>associata</w:t>
      </w:r>
      <w:proofErr w:type="spellEnd"/>
      <w:r>
        <w:t>.</w:t>
      </w:r>
    </w:p>
    <w:p w14:paraId="39DD31EA" w14:textId="77777777" w:rsidR="009E058F" w:rsidRDefault="007F5FE3">
      <w:pPr>
        <w:spacing w:before="160" w:after="80"/>
      </w:pPr>
      <w:r>
        <w:rPr>
          <w:b/>
        </w:rPr>
        <w:t xml:space="preserve">Art. 3 – </w:t>
      </w:r>
      <w:proofErr w:type="spellStart"/>
      <w:r>
        <w:rPr>
          <w:b/>
        </w:rPr>
        <w:t>Requisiti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ammissione</w:t>
      </w:r>
      <w:proofErr w:type="spellEnd"/>
    </w:p>
    <w:p w14:paraId="75D0B9B8" w14:textId="77777777" w:rsidR="009E058F" w:rsidRDefault="007F5FE3">
      <w:pPr>
        <w:spacing w:after="160"/>
        <w:jc w:val="both"/>
      </w:pPr>
      <w:r>
        <w:t xml:space="preserve">I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richiedenti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possedere</w:t>
      </w:r>
      <w:proofErr w:type="spellEnd"/>
      <w:r>
        <w:t xml:space="preserve">, </w:t>
      </w:r>
      <w:proofErr w:type="spellStart"/>
      <w:r>
        <w:t>alla</w:t>
      </w:r>
      <w:proofErr w:type="spellEnd"/>
      <w:r>
        <w:t xml:space="preserve"> data di </w:t>
      </w:r>
      <w:proofErr w:type="spellStart"/>
      <w:r>
        <w:t>presentazione</w:t>
      </w:r>
      <w:proofErr w:type="spellEnd"/>
      <w:r>
        <w:t xml:space="preserve"> </w:t>
      </w:r>
      <w:proofErr w:type="spellStart"/>
      <w:r>
        <w:t>dell'istanza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>:</w:t>
      </w:r>
    </w:p>
    <w:p w14:paraId="6371AE45" w14:textId="77777777" w:rsidR="009E058F" w:rsidRDefault="007F5FE3">
      <w:pPr>
        <w:pStyle w:val="Puntoelenco"/>
        <w:spacing w:after="40"/>
        <w:jc w:val="both"/>
      </w:pPr>
      <w:r>
        <w:t xml:space="preserve">a) </w:t>
      </w:r>
      <w:proofErr w:type="spellStart"/>
      <w:r>
        <w:t>iscrizione</w:t>
      </w:r>
      <w:proofErr w:type="spellEnd"/>
      <w:r>
        <w:t xml:space="preserve"> al </w:t>
      </w:r>
      <w:proofErr w:type="spellStart"/>
      <w:r>
        <w:t>Registro</w:t>
      </w:r>
      <w:proofErr w:type="spellEnd"/>
      <w:r>
        <w:t xml:space="preserve"> Unico Nazionale del </w:t>
      </w:r>
      <w:proofErr w:type="spellStart"/>
      <w:r>
        <w:t>Terzo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(RUNTS) o, </w:t>
      </w:r>
      <w:proofErr w:type="spellStart"/>
      <w:r>
        <w:t>nelle</w:t>
      </w:r>
      <w:proofErr w:type="spellEnd"/>
      <w:r>
        <w:t xml:space="preserve"> more del </w:t>
      </w:r>
      <w:proofErr w:type="spellStart"/>
      <w:r>
        <w:t>completamento</w:t>
      </w:r>
      <w:proofErr w:type="spellEnd"/>
      <w:r>
        <w:t xml:space="preserve"> del </w:t>
      </w:r>
      <w:proofErr w:type="spellStart"/>
      <w:r>
        <w:t>relativo</w:t>
      </w:r>
      <w:proofErr w:type="spellEnd"/>
      <w:r>
        <w:t xml:space="preserve"> </w:t>
      </w:r>
      <w:proofErr w:type="spellStart"/>
      <w:r>
        <w:t>popolamento</w:t>
      </w:r>
      <w:proofErr w:type="spellEnd"/>
      <w:r>
        <w:t xml:space="preserve">, </w:t>
      </w:r>
      <w:proofErr w:type="spellStart"/>
      <w:r>
        <w:t>iscrizione</w:t>
      </w:r>
      <w:proofErr w:type="spellEnd"/>
      <w:r>
        <w:t xml:space="preserve"> </w:t>
      </w:r>
      <w:proofErr w:type="spellStart"/>
      <w:r>
        <w:t>all'analogo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di </w:t>
      </w:r>
      <w:proofErr w:type="spellStart"/>
      <w:r>
        <w:t>riferimento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avvenuta</w:t>
      </w:r>
      <w:proofErr w:type="spellEnd"/>
      <w:r>
        <w:t xml:space="preserve"> </w:t>
      </w:r>
      <w:proofErr w:type="spellStart"/>
      <w:r>
        <w:t>presentazione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>;</w:t>
      </w:r>
    </w:p>
    <w:p w14:paraId="1B377299" w14:textId="77777777" w:rsidR="009E058F" w:rsidRDefault="007F5FE3">
      <w:pPr>
        <w:pStyle w:val="Puntoelenco"/>
        <w:spacing w:after="40"/>
        <w:jc w:val="both"/>
      </w:pPr>
      <w:r>
        <w:t xml:space="preserve">b) </w:t>
      </w:r>
      <w:proofErr w:type="spellStart"/>
      <w:r>
        <w:t>previsione</w:t>
      </w:r>
      <w:proofErr w:type="spellEnd"/>
      <w:r>
        <w:t xml:space="preserve">, </w:t>
      </w:r>
      <w:proofErr w:type="spellStart"/>
      <w:r>
        <w:t>nello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o </w:t>
      </w:r>
      <w:proofErr w:type="spellStart"/>
      <w:r>
        <w:t>nell'atto</w:t>
      </w:r>
      <w:proofErr w:type="spellEnd"/>
      <w:r>
        <w:t xml:space="preserve"> </w:t>
      </w:r>
      <w:proofErr w:type="spellStart"/>
      <w:r>
        <w:t>costitutivo</w:t>
      </w:r>
      <w:proofErr w:type="spellEnd"/>
      <w:r>
        <w:t xml:space="preserve">,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svolgimento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 di interesse </w:t>
      </w:r>
      <w:proofErr w:type="spellStart"/>
      <w:r>
        <w:t>generale</w:t>
      </w:r>
      <w:proofErr w:type="spellEnd"/>
      <w:r>
        <w:t xml:space="preserve"> ex art. 5 del </w:t>
      </w:r>
      <w:proofErr w:type="spellStart"/>
      <w:proofErr w:type="gramStart"/>
      <w:r>
        <w:t>D.Lgs</w:t>
      </w:r>
      <w:proofErr w:type="spellEnd"/>
      <w:proofErr w:type="gramEnd"/>
      <w:r>
        <w:t xml:space="preserve">. n. 117/2017, </w:t>
      </w:r>
      <w:proofErr w:type="spellStart"/>
      <w:r>
        <w:t>coerenti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ambiti</w:t>
      </w:r>
      <w:proofErr w:type="spellEnd"/>
      <w:r>
        <w:t xml:space="preserve"> di cui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1 e 3 del </w:t>
      </w:r>
      <w:proofErr w:type="spellStart"/>
      <w:r>
        <w:t>Protocollo</w:t>
      </w:r>
      <w:proofErr w:type="spellEnd"/>
      <w:r>
        <w:t>;</w:t>
      </w:r>
    </w:p>
    <w:p w14:paraId="39340FC7" w14:textId="77777777" w:rsidR="009E058F" w:rsidRDefault="007F5FE3">
      <w:pPr>
        <w:pStyle w:val="Puntoelenco"/>
        <w:spacing w:after="40"/>
        <w:jc w:val="both"/>
      </w:pPr>
      <w:r>
        <w:t xml:space="preserve">c)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o </w:t>
      </w:r>
      <w:proofErr w:type="spellStart"/>
      <w:r>
        <w:t>operativa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documentata</w:t>
      </w:r>
      <w:proofErr w:type="spellEnd"/>
      <w:r>
        <w:t xml:space="preserve"> </w:t>
      </w:r>
      <w:proofErr w:type="spellStart"/>
      <w:r>
        <w:t>operatività</w:t>
      </w:r>
      <w:proofErr w:type="spellEnd"/>
      <w:r>
        <w:t xml:space="preserve">, </w:t>
      </w:r>
      <w:proofErr w:type="spellStart"/>
      <w:r>
        <w:t>nell'ambito</w:t>
      </w:r>
      <w:proofErr w:type="spellEnd"/>
      <w:r>
        <w:t xml:space="preserve">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Cosenza;</w:t>
      </w:r>
    </w:p>
    <w:p w14:paraId="1D4E27FA" w14:textId="77777777" w:rsidR="009E058F" w:rsidRDefault="007F5FE3">
      <w:pPr>
        <w:pStyle w:val="Puntoelenco"/>
        <w:spacing w:after="40"/>
        <w:jc w:val="both"/>
      </w:pPr>
      <w:r>
        <w:t xml:space="preserve">d) </w:t>
      </w:r>
      <w:proofErr w:type="spellStart"/>
      <w:r>
        <w:t>accettazione</w:t>
      </w:r>
      <w:proofErr w:type="spellEnd"/>
      <w:r>
        <w:t xml:space="preserve"> </w:t>
      </w:r>
      <w:proofErr w:type="spellStart"/>
      <w:r>
        <w:t>integrale</w:t>
      </w:r>
      <w:proofErr w:type="spellEnd"/>
      <w:r>
        <w:t xml:space="preserve"> del 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e del </w:t>
      </w:r>
      <w:proofErr w:type="spellStart"/>
      <w:r>
        <w:t>protocollo</w:t>
      </w:r>
      <w:proofErr w:type="spellEnd"/>
      <w:r>
        <w:t xml:space="preserve"> di </w:t>
      </w:r>
      <w:proofErr w:type="spellStart"/>
      <w:r>
        <w:t>legalità</w:t>
      </w:r>
      <w:proofErr w:type="spellEnd"/>
      <w:r>
        <w:t xml:space="preserve"> di cui </w:t>
      </w:r>
      <w:proofErr w:type="spellStart"/>
      <w:r>
        <w:t>alla</w:t>
      </w:r>
      <w:proofErr w:type="spellEnd"/>
      <w:r>
        <w:t xml:space="preserve"> D.G.R. </w:t>
      </w:r>
      <w:proofErr w:type="spellStart"/>
      <w:r>
        <w:t>Regione</w:t>
      </w:r>
      <w:proofErr w:type="spellEnd"/>
      <w:r>
        <w:t xml:space="preserve"> Calabria n. 439 dell'11 </w:t>
      </w:r>
      <w:proofErr w:type="spellStart"/>
      <w:r>
        <w:t>settembre</w:t>
      </w:r>
      <w:proofErr w:type="spellEnd"/>
      <w:r>
        <w:t xml:space="preserve"> 2025 (B.U.R.C. n. 190 del 25 </w:t>
      </w:r>
      <w:proofErr w:type="spellStart"/>
      <w:r>
        <w:t>settembre</w:t>
      </w:r>
      <w:proofErr w:type="spellEnd"/>
      <w:r>
        <w:t xml:space="preserve"> 2025);</w:t>
      </w:r>
    </w:p>
    <w:p w14:paraId="5A605DC3" w14:textId="77777777" w:rsidR="009E058F" w:rsidRDefault="007F5FE3">
      <w:pPr>
        <w:pStyle w:val="Puntoelenco"/>
        <w:spacing w:after="40"/>
        <w:jc w:val="both"/>
      </w:pPr>
      <w:r>
        <w:lastRenderedPageBreak/>
        <w:t xml:space="preserve">e) </w:t>
      </w:r>
      <w:proofErr w:type="spellStart"/>
      <w:r>
        <w:t>insussistenza</w:t>
      </w:r>
      <w:proofErr w:type="spellEnd"/>
      <w:r>
        <w:t xml:space="preserve">, in capo al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ed ai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di </w:t>
      </w:r>
      <w:proofErr w:type="spellStart"/>
      <w:r>
        <w:t>amministrazione</w:t>
      </w:r>
      <w:proofErr w:type="spellEnd"/>
      <w:r>
        <w:t xml:space="preserve">, </w:t>
      </w:r>
      <w:proofErr w:type="spellStart"/>
      <w:r>
        <w:t>delle</w:t>
      </w:r>
      <w:proofErr w:type="spellEnd"/>
      <w:r>
        <w:t xml:space="preserve"> cause di </w:t>
      </w:r>
      <w:proofErr w:type="spellStart"/>
      <w:r>
        <w:t>divieto</w:t>
      </w:r>
      <w:proofErr w:type="spellEnd"/>
      <w:r>
        <w:t xml:space="preserve">, </w:t>
      </w:r>
      <w:proofErr w:type="spellStart"/>
      <w:r>
        <w:t>decadenza</w:t>
      </w:r>
      <w:proofErr w:type="spellEnd"/>
      <w:r>
        <w:t xml:space="preserve"> o </w:t>
      </w:r>
      <w:proofErr w:type="spellStart"/>
      <w:r>
        <w:t>sospensione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 xml:space="preserve">. 67 del </w:t>
      </w:r>
      <w:proofErr w:type="spellStart"/>
      <w:proofErr w:type="gramStart"/>
      <w:r>
        <w:t>D.Lgs</w:t>
      </w:r>
      <w:proofErr w:type="spellEnd"/>
      <w:proofErr w:type="gramEnd"/>
      <w:r>
        <w:t>. n. 159/2011 (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leggi</w:t>
      </w:r>
      <w:proofErr w:type="spellEnd"/>
      <w:r>
        <w:t xml:space="preserve"> </w:t>
      </w:r>
      <w:proofErr w:type="spellStart"/>
      <w:r>
        <w:t>antimafia</w:t>
      </w:r>
      <w:proofErr w:type="spellEnd"/>
      <w:r>
        <w:t>).</w:t>
      </w:r>
    </w:p>
    <w:p w14:paraId="3DF9E7AB" w14:textId="77777777" w:rsidR="009E058F" w:rsidRDefault="007F5FE3">
      <w:pPr>
        <w:spacing w:after="160"/>
        <w:jc w:val="both"/>
      </w:pPr>
      <w:r>
        <w:t xml:space="preserve">Il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perdurare</w:t>
      </w:r>
      <w:proofErr w:type="spellEnd"/>
      <w:r>
        <w:t xml:space="preserve"> per </w:t>
      </w:r>
      <w:proofErr w:type="spellStart"/>
      <w:r>
        <w:t>l'intera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dell'adesione</w:t>
      </w:r>
      <w:proofErr w:type="spellEnd"/>
      <w:r>
        <w:t xml:space="preserve">. La </w:t>
      </w:r>
      <w:proofErr w:type="spellStart"/>
      <w:r>
        <w:t>perdita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di uno solo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la </w:t>
      </w:r>
      <w:proofErr w:type="spellStart"/>
      <w:r>
        <w:t>decadenza</w:t>
      </w:r>
      <w:proofErr w:type="spellEnd"/>
      <w:r>
        <w:t xml:space="preserve"> </w:t>
      </w:r>
      <w:proofErr w:type="spellStart"/>
      <w:r>
        <w:t>dall'adesione</w:t>
      </w:r>
      <w:proofErr w:type="spellEnd"/>
      <w:r>
        <w:t>.</w:t>
      </w:r>
    </w:p>
    <w:p w14:paraId="37395F31" w14:textId="77777777" w:rsidR="009E058F" w:rsidRDefault="007F5FE3">
      <w:pPr>
        <w:spacing w:before="160" w:after="80"/>
      </w:pPr>
      <w:r>
        <w:rPr>
          <w:b/>
        </w:rPr>
        <w:t xml:space="preserve">Art. 4 – </w:t>
      </w:r>
      <w:proofErr w:type="spellStart"/>
      <w:r>
        <w:rPr>
          <w:b/>
        </w:rPr>
        <w:t>Ambiti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collaborazione</w:t>
      </w:r>
      <w:proofErr w:type="spellEnd"/>
    </w:p>
    <w:p w14:paraId="2F05AD00" w14:textId="77777777" w:rsidR="009E058F" w:rsidRDefault="007F5FE3">
      <w:pPr>
        <w:spacing w:after="160"/>
        <w:jc w:val="both"/>
      </w:pPr>
      <w:r>
        <w:t xml:space="preserve">Le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collaborazione</w:t>
      </w:r>
      <w:proofErr w:type="spellEnd"/>
      <w:r>
        <w:t xml:space="preserve"> </w:t>
      </w:r>
      <w:proofErr w:type="spellStart"/>
      <w:r>
        <w:t>riguardano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ambiti</w:t>
      </w:r>
      <w:proofErr w:type="spellEnd"/>
      <w:r>
        <w:t xml:space="preserve"> di interesse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1 e 3 del </w:t>
      </w:r>
      <w:proofErr w:type="spellStart"/>
      <w:r>
        <w:t>Protocollo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cui, a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esemplificativo</w:t>
      </w:r>
      <w:proofErr w:type="spellEnd"/>
      <w:r>
        <w:t xml:space="preserve"> e non </w:t>
      </w:r>
      <w:proofErr w:type="spellStart"/>
      <w:r>
        <w:t>esaustivo</w:t>
      </w:r>
      <w:proofErr w:type="spellEnd"/>
      <w:r>
        <w:t>:</w:t>
      </w:r>
    </w:p>
    <w:p w14:paraId="07CA9672" w14:textId="77777777" w:rsidR="009E058F" w:rsidRDefault="007F5FE3">
      <w:pPr>
        <w:pStyle w:val="Puntoelenco"/>
        <w:spacing w:after="40"/>
        <w:jc w:val="both"/>
      </w:pPr>
      <w:proofErr w:type="spellStart"/>
      <w:r>
        <w:t>accoglienza</w:t>
      </w:r>
      <w:proofErr w:type="spellEnd"/>
      <w:r>
        <w:t xml:space="preserve">, </w:t>
      </w:r>
      <w:proofErr w:type="spellStart"/>
      <w:r>
        <w:t>ascolto</w:t>
      </w:r>
      <w:proofErr w:type="spellEnd"/>
      <w:r>
        <w:t xml:space="preserve"> ed </w:t>
      </w:r>
      <w:proofErr w:type="spellStart"/>
      <w:r>
        <w:t>orientamento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utenti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le Case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Comunità</w:t>
      </w:r>
      <w:proofErr w:type="spellEnd"/>
      <w:r>
        <w:t>;</w:t>
      </w:r>
    </w:p>
    <w:p w14:paraId="01FA44CC" w14:textId="77777777" w:rsidR="009E058F" w:rsidRDefault="007F5FE3">
      <w:pPr>
        <w:pStyle w:val="Puntoelenco"/>
        <w:spacing w:after="40"/>
        <w:jc w:val="both"/>
      </w:pPr>
      <w:proofErr w:type="spellStart"/>
      <w:r>
        <w:t>supporto</w:t>
      </w:r>
      <w:proofErr w:type="spellEnd"/>
      <w:r>
        <w:t xml:space="preserve"> </w:t>
      </w:r>
      <w:proofErr w:type="spellStart"/>
      <w:r>
        <w:t>informativo</w:t>
      </w:r>
      <w:proofErr w:type="spellEnd"/>
      <w:r>
        <w:t xml:space="preserve"> e di </w:t>
      </w:r>
      <w:proofErr w:type="spellStart"/>
      <w:r>
        <w:t>comunicazione</w:t>
      </w:r>
      <w:proofErr w:type="spellEnd"/>
      <w:r>
        <w:t xml:space="preserve"> sanitaria;</w:t>
      </w:r>
    </w:p>
    <w:p w14:paraId="792DEE1E" w14:textId="77777777" w:rsidR="009E058F" w:rsidRDefault="007F5FE3">
      <w:pPr>
        <w:pStyle w:val="Puntoelenco"/>
        <w:spacing w:after="40"/>
        <w:jc w:val="both"/>
      </w:pPr>
      <w:proofErr w:type="spellStart"/>
      <w:r>
        <w:t>iniziative</w:t>
      </w:r>
      <w:proofErr w:type="spellEnd"/>
      <w:r>
        <w:t xml:space="preserve"> di </w:t>
      </w:r>
      <w:proofErr w:type="spellStart"/>
      <w:r>
        <w:t>prevenzione</w:t>
      </w:r>
      <w:proofErr w:type="spellEnd"/>
      <w:r>
        <w:t xml:space="preserve"> e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salute;</w:t>
      </w:r>
    </w:p>
    <w:p w14:paraId="7214F4F3" w14:textId="77777777" w:rsidR="009E058F" w:rsidRDefault="007F5FE3">
      <w:pPr>
        <w:pStyle w:val="Puntoelenco"/>
        <w:spacing w:after="40"/>
        <w:jc w:val="both"/>
      </w:pPr>
      <w:proofErr w:type="spellStart"/>
      <w:r>
        <w:t>attivazione</w:t>
      </w:r>
      <w:proofErr w:type="spellEnd"/>
      <w:r>
        <w:t xml:space="preserve"> di </w:t>
      </w:r>
      <w:proofErr w:type="spellStart"/>
      <w:r>
        <w:t>sportelli</w:t>
      </w:r>
      <w:proofErr w:type="spellEnd"/>
      <w:r>
        <w:t xml:space="preserve"> </w:t>
      </w:r>
      <w:proofErr w:type="spellStart"/>
      <w:r>
        <w:t>tematici</w:t>
      </w:r>
      <w:proofErr w:type="spellEnd"/>
      <w:r>
        <w:t xml:space="preserve"> (</w:t>
      </w:r>
      <w:proofErr w:type="spellStart"/>
      <w:r>
        <w:t>disabilità</w:t>
      </w:r>
      <w:proofErr w:type="spellEnd"/>
      <w:r>
        <w:t xml:space="preserve">, </w:t>
      </w:r>
      <w:proofErr w:type="spellStart"/>
      <w:r>
        <w:t>violenza</w:t>
      </w:r>
      <w:proofErr w:type="spellEnd"/>
      <w:r>
        <w:t xml:space="preserve"> di </w:t>
      </w:r>
      <w:proofErr w:type="spellStart"/>
      <w:r>
        <w:t>genere</w:t>
      </w:r>
      <w:proofErr w:type="spellEnd"/>
      <w:r>
        <w:t xml:space="preserve">, </w:t>
      </w:r>
      <w:proofErr w:type="spellStart"/>
      <w:r>
        <w:t>malattie</w:t>
      </w:r>
      <w:proofErr w:type="spellEnd"/>
      <w:r>
        <w:t xml:space="preserve"> rare, tutela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, </w:t>
      </w:r>
      <w:proofErr w:type="spellStart"/>
      <w:r>
        <w:t>ecc</w:t>
      </w:r>
      <w:proofErr w:type="spellEnd"/>
      <w:r>
        <w:t>.);</w:t>
      </w:r>
    </w:p>
    <w:p w14:paraId="29060F61" w14:textId="77777777" w:rsidR="009E058F" w:rsidRDefault="007F5FE3">
      <w:pPr>
        <w:pStyle w:val="Puntoelenco"/>
        <w:spacing w:after="40"/>
        <w:jc w:val="both"/>
      </w:pPr>
      <w:proofErr w:type="spellStart"/>
      <w:r>
        <w:t>iniziative</w:t>
      </w:r>
      <w:proofErr w:type="spellEnd"/>
      <w:r>
        <w:t xml:space="preserve"> di </w:t>
      </w:r>
      <w:proofErr w:type="spellStart"/>
      <w:r>
        <w:t>prossimità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territori</w:t>
      </w:r>
      <w:proofErr w:type="spellEnd"/>
      <w:r>
        <w:t xml:space="preserve"> </w:t>
      </w:r>
      <w:proofErr w:type="spellStart"/>
      <w:r>
        <w:t>periferici</w:t>
      </w:r>
      <w:proofErr w:type="spellEnd"/>
      <w:r>
        <w:t xml:space="preserve"> e </w:t>
      </w:r>
      <w:proofErr w:type="spellStart"/>
      <w:r>
        <w:t>percorsi</w:t>
      </w:r>
      <w:proofErr w:type="spellEnd"/>
      <w:r>
        <w:t xml:space="preserve"> di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associazioni</w:t>
      </w:r>
      <w:proofErr w:type="spellEnd"/>
      <w:r>
        <w:t xml:space="preserve"> e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sanitario</w:t>
      </w:r>
      <w:proofErr w:type="spellEnd"/>
      <w:r>
        <w:t>;</w:t>
      </w:r>
    </w:p>
    <w:p w14:paraId="6888D4E0" w14:textId="77777777" w:rsidR="009E058F" w:rsidRDefault="007F5FE3">
      <w:pPr>
        <w:pStyle w:val="Puntoelenco"/>
        <w:spacing w:after="40"/>
        <w:jc w:val="both"/>
      </w:pPr>
      <w:proofErr w:type="spellStart"/>
      <w:r>
        <w:t>supporto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anziani, </w:t>
      </w:r>
      <w:proofErr w:type="spellStart"/>
      <w:r>
        <w:t>anche</w:t>
      </w:r>
      <w:proofErr w:type="spellEnd"/>
      <w:r>
        <w:t xml:space="preserve"> a </w:t>
      </w:r>
      <w:proofErr w:type="spellStart"/>
      <w:r>
        <w:t>domicilio</w:t>
      </w:r>
      <w:proofErr w:type="spellEnd"/>
      <w:r>
        <w:t xml:space="preserve">, </w:t>
      </w:r>
      <w:proofErr w:type="spellStart"/>
      <w:r>
        <w:t>nell'utilizzo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strumenti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e </w:t>
      </w:r>
      <w:proofErr w:type="spellStart"/>
      <w:r>
        <w:t>digitali</w:t>
      </w:r>
      <w:proofErr w:type="spellEnd"/>
      <w:r>
        <w:t xml:space="preserve"> per </w:t>
      </w:r>
      <w:proofErr w:type="spellStart"/>
      <w:r>
        <w:t>l'accesso</w:t>
      </w:r>
      <w:proofErr w:type="spellEnd"/>
      <w:r>
        <w:t xml:space="preserve"> ai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e socio-</w:t>
      </w:r>
      <w:proofErr w:type="spellStart"/>
      <w:r>
        <w:t>sanitari</w:t>
      </w:r>
      <w:proofErr w:type="spellEnd"/>
      <w:r>
        <w:t>;</w:t>
      </w:r>
    </w:p>
    <w:p w14:paraId="645B9101" w14:textId="77777777" w:rsidR="009E058F" w:rsidRDefault="007F5FE3">
      <w:pPr>
        <w:pStyle w:val="Puntoelenco"/>
        <w:spacing w:after="40"/>
        <w:jc w:val="both"/>
      </w:pPr>
      <w:proofErr w:type="spellStart"/>
      <w:r>
        <w:t>iniziative</w:t>
      </w:r>
      <w:proofErr w:type="spellEnd"/>
      <w:r>
        <w:t xml:space="preserve"> a </w:t>
      </w:r>
      <w:proofErr w:type="spellStart"/>
      <w:r>
        <w:t>favore</w:t>
      </w:r>
      <w:proofErr w:type="spellEnd"/>
      <w:r>
        <w:t xml:space="preserve"> </w:t>
      </w:r>
      <w:proofErr w:type="spellStart"/>
      <w:r>
        <w:t>dell'inclusione</w:t>
      </w:r>
      <w:proofErr w:type="spellEnd"/>
      <w:r>
        <w:t xml:space="preserve">, </w:t>
      </w:r>
      <w:proofErr w:type="spellStart"/>
      <w:r>
        <w:t>dell'ascolto</w:t>
      </w:r>
      <w:proofErr w:type="spellEnd"/>
      <w:r>
        <w:t xml:space="preserve"> e </w:t>
      </w:r>
      <w:proofErr w:type="spellStart"/>
      <w:r>
        <w:t>dell'orientamento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in </w:t>
      </w:r>
      <w:proofErr w:type="spellStart"/>
      <w:r>
        <w:t>condizione</w:t>
      </w:r>
      <w:proofErr w:type="spellEnd"/>
      <w:r>
        <w:t xml:space="preserve"> di </w:t>
      </w:r>
      <w:proofErr w:type="spellStart"/>
      <w:r>
        <w:t>fragilità</w:t>
      </w:r>
      <w:proofErr w:type="spellEnd"/>
      <w:r>
        <w:t xml:space="preserve"> e il </w:t>
      </w:r>
      <w:proofErr w:type="spellStart"/>
      <w:r>
        <w:t>contrasto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forma di </w:t>
      </w:r>
      <w:proofErr w:type="spellStart"/>
      <w:r>
        <w:t>discriminazione</w:t>
      </w:r>
      <w:proofErr w:type="spellEnd"/>
      <w:r>
        <w:t>;</w:t>
      </w:r>
    </w:p>
    <w:p w14:paraId="27D6C854" w14:textId="77777777" w:rsidR="009E058F" w:rsidRDefault="007F5FE3">
      <w:pPr>
        <w:pStyle w:val="Puntoelenco"/>
        <w:spacing w:after="40"/>
        <w:jc w:val="both"/>
      </w:pPr>
      <w:proofErr w:type="spellStart"/>
      <w:r>
        <w:t>iniziative</w:t>
      </w:r>
      <w:proofErr w:type="spellEnd"/>
      <w:r>
        <w:t xml:space="preserve"> a </w:t>
      </w:r>
      <w:proofErr w:type="spellStart"/>
      <w:r>
        <w:t>sostegno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familiari</w:t>
      </w:r>
      <w:proofErr w:type="spellEnd"/>
      <w:r>
        <w:t xml:space="preserve"> di </w:t>
      </w:r>
      <w:proofErr w:type="spellStart"/>
      <w:r>
        <w:t>malati</w:t>
      </w:r>
      <w:proofErr w:type="spellEnd"/>
      <w:r>
        <w:t xml:space="preserve"> di Alzheimer e di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di </w:t>
      </w:r>
      <w:proofErr w:type="spellStart"/>
      <w:r>
        <w:t>demenza</w:t>
      </w:r>
      <w:proofErr w:type="spellEnd"/>
      <w:r>
        <w:t>;</w:t>
      </w:r>
    </w:p>
    <w:p w14:paraId="75D006BE" w14:textId="77777777" w:rsidR="009E058F" w:rsidRDefault="007F5FE3">
      <w:pPr>
        <w:pStyle w:val="Puntoelenco"/>
        <w:spacing w:after="40"/>
        <w:jc w:val="both"/>
      </w:pPr>
      <w:proofErr w:type="spellStart"/>
      <w:r>
        <w:t>partecipazione</w:t>
      </w:r>
      <w:proofErr w:type="spellEnd"/>
      <w:r>
        <w:t xml:space="preserve"> a </w:t>
      </w:r>
      <w:proofErr w:type="spellStart"/>
      <w:r>
        <w:t>gruppi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, </w:t>
      </w:r>
      <w:proofErr w:type="spellStart"/>
      <w:r>
        <w:t>tavoli</w:t>
      </w:r>
      <w:proofErr w:type="spellEnd"/>
      <w:r>
        <w:t xml:space="preserve"> </w:t>
      </w:r>
      <w:proofErr w:type="spellStart"/>
      <w:r>
        <w:t>territoriali</w:t>
      </w:r>
      <w:proofErr w:type="spellEnd"/>
      <w:r>
        <w:t xml:space="preserve"> e ad </w:t>
      </w:r>
      <w:proofErr w:type="spellStart"/>
      <w:r>
        <w:t>attività</w:t>
      </w:r>
      <w:proofErr w:type="spellEnd"/>
      <w:r>
        <w:t xml:space="preserve"> e procedure di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partecipativa</w:t>
      </w:r>
      <w:proofErr w:type="spellEnd"/>
      <w:r>
        <w:t>.</w:t>
      </w:r>
    </w:p>
    <w:p w14:paraId="489FAB1F" w14:textId="77777777" w:rsidR="009E058F" w:rsidRDefault="007F5FE3">
      <w:pPr>
        <w:spacing w:after="160"/>
        <w:jc w:val="both"/>
      </w:pPr>
      <w:r>
        <w:t xml:space="preserve">Le concrete </w:t>
      </w:r>
      <w:proofErr w:type="spellStart"/>
      <w:r>
        <w:t>modalità</w:t>
      </w:r>
      <w:proofErr w:type="spellEnd"/>
      <w:r>
        <w:t xml:space="preserve"> di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definite </w:t>
      </w:r>
      <w:proofErr w:type="spellStart"/>
      <w:r>
        <w:t>d'intesa</w:t>
      </w:r>
      <w:proofErr w:type="spellEnd"/>
      <w:r>
        <w:t xml:space="preserve"> con la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aziendale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rispetto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reciproche</w:t>
      </w:r>
      <w:proofErr w:type="spellEnd"/>
      <w:r>
        <w:t xml:space="preserve"> </w:t>
      </w:r>
      <w:proofErr w:type="spellStart"/>
      <w:r>
        <w:t>competenze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e associative.</w:t>
      </w:r>
    </w:p>
    <w:p w14:paraId="3074A718" w14:textId="77777777" w:rsidR="009E058F" w:rsidRDefault="007F5FE3">
      <w:pPr>
        <w:spacing w:before="160" w:after="80"/>
      </w:pPr>
      <w:r>
        <w:rPr>
          <w:b/>
        </w:rPr>
        <w:t xml:space="preserve">Art. 5 – </w:t>
      </w:r>
      <w:proofErr w:type="spellStart"/>
      <w:r>
        <w:rPr>
          <w:b/>
        </w:rPr>
        <w:t>Modalità</w:t>
      </w:r>
      <w:proofErr w:type="spellEnd"/>
      <w:r>
        <w:rPr>
          <w:b/>
        </w:rPr>
        <w:t xml:space="preserve"> e termini di </w:t>
      </w:r>
      <w:proofErr w:type="spellStart"/>
      <w:r>
        <w:rPr>
          <w:b/>
        </w:rPr>
        <w:t>presentazione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dell'istanza</w:t>
      </w:r>
      <w:proofErr w:type="spellEnd"/>
    </w:p>
    <w:p w14:paraId="063B0D9A" w14:textId="77777777" w:rsidR="009E058F" w:rsidRDefault="007F5FE3">
      <w:pPr>
        <w:spacing w:after="160"/>
        <w:jc w:val="both"/>
      </w:pPr>
      <w:r>
        <w:t xml:space="preserve">Il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ha carattere </w:t>
      </w:r>
      <w:proofErr w:type="spellStart"/>
      <w:r>
        <w:t>permanente</w:t>
      </w:r>
      <w:proofErr w:type="spellEnd"/>
      <w:r>
        <w:t xml:space="preserve">: le </w:t>
      </w:r>
      <w:proofErr w:type="spellStart"/>
      <w:r>
        <w:t>istanze</w:t>
      </w:r>
      <w:proofErr w:type="spellEnd"/>
      <w:r>
        <w:t xml:space="preserve"> di </w:t>
      </w:r>
      <w:proofErr w:type="spellStart"/>
      <w:r>
        <w:t>adesione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presentate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>.</w:t>
      </w:r>
    </w:p>
    <w:p w14:paraId="2285842B" w14:textId="77777777" w:rsidR="009E058F" w:rsidRDefault="007F5FE3">
      <w:pPr>
        <w:spacing w:after="160"/>
        <w:jc w:val="both"/>
      </w:pPr>
      <w:proofErr w:type="spellStart"/>
      <w:r>
        <w:t>L'istanza</w:t>
      </w:r>
      <w:proofErr w:type="spellEnd"/>
      <w:r>
        <w:t xml:space="preserve">, </w:t>
      </w:r>
      <w:proofErr w:type="spellStart"/>
      <w:r>
        <w:t>redatta</w:t>
      </w:r>
      <w:proofErr w:type="spellEnd"/>
      <w:r>
        <w:t xml:space="preserve"> secondo il </w:t>
      </w:r>
      <w:proofErr w:type="spellStart"/>
      <w:r>
        <w:t>modello</w:t>
      </w:r>
      <w:proofErr w:type="spellEnd"/>
      <w:r>
        <w:t xml:space="preserve"> </w:t>
      </w:r>
      <w:proofErr w:type="spellStart"/>
      <w:r>
        <w:t>allegato</w:t>
      </w:r>
      <w:proofErr w:type="spellEnd"/>
      <w:r>
        <w:t xml:space="preserve"> (</w:t>
      </w:r>
      <w:proofErr w:type="spellStart"/>
      <w:r>
        <w:t>Allegato</w:t>
      </w:r>
      <w:proofErr w:type="spellEnd"/>
      <w:r>
        <w:t xml:space="preserve"> A) e </w:t>
      </w:r>
      <w:proofErr w:type="spellStart"/>
      <w:r>
        <w:t>sottoscritta</w:t>
      </w:r>
      <w:proofErr w:type="spellEnd"/>
      <w:r>
        <w:t xml:space="preserve"> dal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pro tempore, è </w:t>
      </w:r>
      <w:proofErr w:type="spellStart"/>
      <w:r>
        <w:t>trasmessa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a mezzo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elettronica</w:t>
      </w:r>
      <w:proofErr w:type="spellEnd"/>
      <w:r>
        <w:t xml:space="preserve"> </w:t>
      </w:r>
      <w:proofErr w:type="spellStart"/>
      <w:r>
        <w:t>certificata</w:t>
      </w:r>
      <w:proofErr w:type="spellEnd"/>
      <w:r>
        <w:t xml:space="preserve"> (PEC) al </w:t>
      </w:r>
      <w:proofErr w:type="spellStart"/>
      <w:r>
        <w:t>Distretto</w:t>
      </w:r>
      <w:proofErr w:type="spellEnd"/>
      <w:r>
        <w:t xml:space="preserve"> </w:t>
      </w:r>
      <w:proofErr w:type="spellStart"/>
      <w:r>
        <w:t>territorialmente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ai sensi del </w:t>
      </w:r>
      <w:proofErr w:type="spellStart"/>
      <w:r>
        <w:t>successivo</w:t>
      </w:r>
      <w:proofErr w:type="spellEnd"/>
      <w:r>
        <w:t xml:space="preserve"> art. 7,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all'indirizzo</w:t>
      </w:r>
      <w:proofErr w:type="spellEnd"/>
      <w:r>
        <w:t xml:space="preserve"> PEC </w:t>
      </w:r>
      <w:proofErr w:type="spellStart"/>
      <w:r>
        <w:t>istituzionale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Cosenza.</w:t>
      </w:r>
    </w:p>
    <w:p w14:paraId="772C3A70" w14:textId="77777777" w:rsidR="009E058F" w:rsidRDefault="007F5FE3">
      <w:pPr>
        <w:spacing w:after="160"/>
        <w:jc w:val="both"/>
      </w:pPr>
      <w:proofErr w:type="spellStart"/>
      <w:r>
        <w:t>All'istanza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allegati</w:t>
      </w:r>
      <w:proofErr w:type="spellEnd"/>
      <w:r>
        <w:t xml:space="preserve">, a </w:t>
      </w:r>
      <w:proofErr w:type="spellStart"/>
      <w:r>
        <w:t>pena</w:t>
      </w:r>
      <w:proofErr w:type="spellEnd"/>
      <w:r>
        <w:t xml:space="preserve"> di </w:t>
      </w:r>
      <w:proofErr w:type="spellStart"/>
      <w:r>
        <w:t>improcedibilità</w:t>
      </w:r>
      <w:proofErr w:type="spellEnd"/>
      <w:r>
        <w:t>:</w:t>
      </w:r>
    </w:p>
    <w:p w14:paraId="76CACC33" w14:textId="77777777" w:rsidR="009E058F" w:rsidRDefault="007F5FE3">
      <w:pPr>
        <w:pStyle w:val="Puntoelenco"/>
        <w:spacing w:after="40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e/o </w:t>
      </w:r>
      <w:proofErr w:type="spellStart"/>
      <w:r>
        <w:t>dell'atto</w:t>
      </w:r>
      <w:proofErr w:type="spellEnd"/>
      <w:r>
        <w:t xml:space="preserve"> </w:t>
      </w:r>
      <w:proofErr w:type="spellStart"/>
      <w:r>
        <w:t>costitutivo</w:t>
      </w:r>
      <w:proofErr w:type="spellEnd"/>
      <w:r>
        <w:t xml:space="preserve"> </w:t>
      </w:r>
      <w:proofErr w:type="spellStart"/>
      <w:r>
        <w:t>dell'ente</w:t>
      </w:r>
      <w:proofErr w:type="spellEnd"/>
      <w:r>
        <w:t>;</w:t>
      </w:r>
    </w:p>
    <w:p w14:paraId="5D08C7EC" w14:textId="77777777" w:rsidR="009E058F" w:rsidRDefault="007F5FE3">
      <w:pPr>
        <w:pStyle w:val="Puntoelenco"/>
        <w:spacing w:after="40"/>
        <w:jc w:val="both"/>
      </w:pPr>
      <w:proofErr w:type="spellStart"/>
      <w:r>
        <w:t>relazione</w:t>
      </w:r>
      <w:proofErr w:type="spellEnd"/>
      <w:r>
        <w:t xml:space="preserve"> </w:t>
      </w:r>
      <w:proofErr w:type="spellStart"/>
      <w:r>
        <w:t>descrittiva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svolte</w:t>
      </w:r>
      <w:proofErr w:type="spellEnd"/>
      <w:r>
        <w:t xml:space="preserve"> </w:t>
      </w:r>
      <w:proofErr w:type="spellStart"/>
      <w:r>
        <w:t>dall'ente</w:t>
      </w:r>
      <w:proofErr w:type="spellEnd"/>
      <w:r>
        <w:t xml:space="preserve">, con </w:t>
      </w:r>
      <w:proofErr w:type="spellStart"/>
      <w:r>
        <w:t>indicazione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ambiti</w:t>
      </w:r>
      <w:proofErr w:type="spellEnd"/>
      <w:r>
        <w:t xml:space="preserve"> di </w:t>
      </w:r>
      <w:proofErr w:type="spellStart"/>
      <w:r>
        <w:t>collaborazione</w:t>
      </w:r>
      <w:proofErr w:type="spellEnd"/>
      <w:r>
        <w:t xml:space="preserve"> di interesse di cui </w:t>
      </w:r>
      <w:proofErr w:type="spellStart"/>
      <w:r>
        <w:t>all'art</w:t>
      </w:r>
      <w:proofErr w:type="spellEnd"/>
      <w:r>
        <w:t xml:space="preserve">. 4, </w:t>
      </w:r>
      <w:proofErr w:type="spellStart"/>
      <w:r>
        <w:t>necessaria</w:t>
      </w:r>
      <w:proofErr w:type="spellEnd"/>
      <w:r>
        <w:t xml:space="preserve"> ai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verifica</w:t>
      </w:r>
      <w:proofErr w:type="spellEnd"/>
      <w:r>
        <w:t xml:space="preserve"> di </w:t>
      </w:r>
      <w:proofErr w:type="spellStart"/>
      <w:r>
        <w:t>coerenza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>. 3;</w:t>
      </w:r>
    </w:p>
    <w:p w14:paraId="34EA8B44" w14:textId="77777777" w:rsidR="009E058F" w:rsidRDefault="007F5FE3">
      <w:pPr>
        <w:pStyle w:val="Puntoelenco"/>
        <w:spacing w:after="40"/>
        <w:jc w:val="both"/>
      </w:pPr>
      <w:proofErr w:type="spellStart"/>
      <w:r>
        <w:lastRenderedPageBreak/>
        <w:t>dichiarazione</w:t>
      </w:r>
      <w:proofErr w:type="spellEnd"/>
      <w:r>
        <w:t xml:space="preserve"> </w:t>
      </w:r>
      <w:proofErr w:type="spellStart"/>
      <w:r>
        <w:t>sostitutiva</w:t>
      </w:r>
      <w:proofErr w:type="spellEnd"/>
      <w:r>
        <w:t xml:space="preserve">, </w:t>
      </w:r>
      <w:proofErr w:type="spellStart"/>
      <w:r>
        <w:t>resa</w:t>
      </w:r>
      <w:proofErr w:type="spellEnd"/>
      <w:r>
        <w:t xml:space="preserve"> ai sensi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46 e 47 del D.P.R. n. 445/2000, </w:t>
      </w:r>
      <w:proofErr w:type="spellStart"/>
      <w:r>
        <w:t>relativa</w:t>
      </w:r>
      <w:proofErr w:type="spellEnd"/>
      <w:r>
        <w:t xml:space="preserve"> al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>. 3;</w:t>
      </w:r>
    </w:p>
    <w:p w14:paraId="24ED8413" w14:textId="77777777" w:rsidR="009E058F" w:rsidRDefault="007F5FE3">
      <w:pPr>
        <w:pStyle w:val="Puntoelenco"/>
        <w:spacing w:after="40"/>
        <w:jc w:val="both"/>
      </w:pPr>
      <w:proofErr w:type="spellStart"/>
      <w:r>
        <w:t>dichiarazione</w:t>
      </w:r>
      <w:proofErr w:type="spellEnd"/>
      <w:r>
        <w:t xml:space="preserve"> di </w:t>
      </w:r>
      <w:proofErr w:type="spellStart"/>
      <w:r>
        <w:t>accettazione</w:t>
      </w:r>
      <w:proofErr w:type="spellEnd"/>
      <w:r>
        <w:t xml:space="preserve"> </w:t>
      </w:r>
      <w:proofErr w:type="spellStart"/>
      <w:r>
        <w:t>integrale</w:t>
      </w:r>
      <w:proofErr w:type="spellEnd"/>
      <w:r>
        <w:t xml:space="preserve"> del 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e del </w:t>
      </w:r>
      <w:proofErr w:type="spellStart"/>
      <w:r>
        <w:t>protocollo</w:t>
      </w:r>
      <w:proofErr w:type="spellEnd"/>
      <w:r>
        <w:t xml:space="preserve"> di </w:t>
      </w:r>
      <w:proofErr w:type="spellStart"/>
      <w:r>
        <w:t>legalità</w:t>
      </w:r>
      <w:proofErr w:type="spellEnd"/>
      <w:r>
        <w:t xml:space="preserve"> (D.G.R. Calabria n. 439/2025);</w:t>
      </w:r>
    </w:p>
    <w:p w14:paraId="46F0949C" w14:textId="77777777" w:rsidR="009E058F" w:rsidRDefault="007F5FE3">
      <w:pPr>
        <w:pStyle w:val="Puntoelenco"/>
        <w:spacing w:after="40"/>
        <w:jc w:val="both"/>
      </w:pPr>
      <w:proofErr w:type="spellStart"/>
      <w:r>
        <w:t>copia</w:t>
      </w:r>
      <w:proofErr w:type="spellEnd"/>
      <w:r>
        <w:t xml:space="preserve"> di un </w:t>
      </w:r>
      <w:proofErr w:type="spellStart"/>
      <w:r>
        <w:t>documento</w:t>
      </w:r>
      <w:proofErr w:type="spellEnd"/>
      <w:r>
        <w:t xml:space="preserve"> di </w:t>
      </w:r>
      <w:proofErr w:type="spellStart"/>
      <w:r>
        <w:t>identità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di </w:t>
      </w:r>
      <w:proofErr w:type="spellStart"/>
      <w:r>
        <w:t>validità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>.</w:t>
      </w:r>
    </w:p>
    <w:p w14:paraId="1681F7FF" w14:textId="77777777" w:rsidR="009E058F" w:rsidRDefault="007F5FE3">
      <w:pPr>
        <w:spacing w:before="160" w:after="80"/>
      </w:pPr>
      <w:r>
        <w:rPr>
          <w:b/>
        </w:rPr>
        <w:t xml:space="preserve">Art. 6 – </w:t>
      </w:r>
      <w:proofErr w:type="spellStart"/>
      <w:r>
        <w:rPr>
          <w:b/>
        </w:rPr>
        <w:t>Istruttoria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esiti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perfezionamento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dell'adesione</w:t>
      </w:r>
      <w:proofErr w:type="spellEnd"/>
    </w:p>
    <w:p w14:paraId="1313A484" w14:textId="77777777" w:rsidR="009E058F" w:rsidRDefault="007F5FE3">
      <w:pPr>
        <w:spacing w:after="160"/>
        <w:jc w:val="both"/>
      </w:pPr>
      <w:proofErr w:type="spellStart"/>
      <w:r>
        <w:t>L'istanza</w:t>
      </w:r>
      <w:proofErr w:type="spellEnd"/>
      <w:r>
        <w:t xml:space="preserve"> è </w:t>
      </w:r>
      <w:proofErr w:type="spellStart"/>
      <w:r>
        <w:t>istruita</w:t>
      </w:r>
      <w:proofErr w:type="spellEnd"/>
      <w:r>
        <w:t xml:space="preserve"> dal </w:t>
      </w:r>
      <w:proofErr w:type="spellStart"/>
      <w:r>
        <w:t>responsabile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del </w:t>
      </w:r>
      <w:proofErr w:type="spellStart"/>
      <w:r>
        <w:t>Distretto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verifica</w:t>
      </w:r>
      <w:proofErr w:type="spellEnd"/>
      <w:r>
        <w:t xml:space="preserve"> il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 xml:space="preserve">. 3 </w:t>
      </w:r>
      <w:proofErr w:type="spellStart"/>
      <w:r>
        <w:t>entro</w:t>
      </w:r>
      <w:proofErr w:type="spellEnd"/>
      <w:r>
        <w:t xml:space="preserve"> 30 (</w:t>
      </w:r>
      <w:proofErr w:type="spellStart"/>
      <w:r>
        <w:t>trenta</w:t>
      </w:r>
      <w:proofErr w:type="spellEnd"/>
      <w:r>
        <w:t xml:space="preserve">) </w:t>
      </w:r>
      <w:proofErr w:type="spellStart"/>
      <w:r>
        <w:t>giorni</w:t>
      </w:r>
      <w:proofErr w:type="spellEnd"/>
      <w:r>
        <w:t xml:space="preserve"> dal </w:t>
      </w:r>
      <w:proofErr w:type="spellStart"/>
      <w:r>
        <w:t>ricevimento</w:t>
      </w:r>
      <w:proofErr w:type="spellEnd"/>
      <w:r>
        <w:t xml:space="preserve">. </w:t>
      </w:r>
      <w:proofErr w:type="spellStart"/>
      <w:r>
        <w:t>L'Amministrazione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richiedere</w:t>
      </w:r>
      <w:proofErr w:type="spellEnd"/>
      <w:r>
        <w:t xml:space="preserve"> </w:t>
      </w:r>
      <w:proofErr w:type="spellStart"/>
      <w:r>
        <w:t>integrazioni</w:t>
      </w:r>
      <w:proofErr w:type="spellEnd"/>
      <w:r>
        <w:t xml:space="preserve"> </w:t>
      </w:r>
      <w:proofErr w:type="spellStart"/>
      <w:r>
        <w:t>documentali</w:t>
      </w:r>
      <w:proofErr w:type="spellEnd"/>
      <w:r>
        <w:t xml:space="preserve">, con </w:t>
      </w:r>
      <w:proofErr w:type="spellStart"/>
      <w:r>
        <w:t>conseguente</w:t>
      </w:r>
      <w:proofErr w:type="spellEnd"/>
      <w:r>
        <w:t xml:space="preserve"> </w:t>
      </w:r>
      <w:proofErr w:type="spellStart"/>
      <w:r>
        <w:t>sospensione</w:t>
      </w:r>
      <w:proofErr w:type="spellEnd"/>
      <w:r>
        <w:t xml:space="preserve"> del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sino</w:t>
      </w:r>
      <w:proofErr w:type="spellEnd"/>
      <w:r>
        <w:t xml:space="preserve"> al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ricevimento</w:t>
      </w:r>
      <w:proofErr w:type="spellEnd"/>
      <w:r>
        <w:t>.</w:t>
      </w:r>
    </w:p>
    <w:p w14:paraId="739B1C3D" w14:textId="77777777" w:rsidR="009E058F" w:rsidRDefault="007F5FE3">
      <w:pPr>
        <w:spacing w:after="160"/>
        <w:jc w:val="both"/>
      </w:pPr>
      <w:r>
        <w:t xml:space="preserve">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esito</w:t>
      </w:r>
      <w:proofErr w:type="spellEnd"/>
      <w:r>
        <w:t xml:space="preserve"> </w:t>
      </w:r>
      <w:proofErr w:type="spellStart"/>
      <w:r>
        <w:t>positivo</w:t>
      </w:r>
      <w:proofErr w:type="spellEnd"/>
      <w:r>
        <w:t xml:space="preserve">, </w:t>
      </w:r>
      <w:proofErr w:type="spellStart"/>
      <w:r>
        <w:t>l'ammissione</w:t>
      </w:r>
      <w:proofErr w:type="spellEnd"/>
      <w:r>
        <w:t xml:space="preserve"> </w:t>
      </w:r>
      <w:proofErr w:type="spellStart"/>
      <w:r>
        <w:t>dell'ente</w:t>
      </w:r>
      <w:proofErr w:type="spellEnd"/>
      <w:r>
        <w:t xml:space="preserve"> è </w:t>
      </w:r>
      <w:proofErr w:type="spellStart"/>
      <w:r>
        <w:t>disposta</w:t>
      </w:r>
      <w:proofErr w:type="spellEnd"/>
      <w:r>
        <w:t xml:space="preserve"> con </w:t>
      </w:r>
      <w:proofErr w:type="spellStart"/>
      <w:r>
        <w:t>determinazione</w:t>
      </w:r>
      <w:proofErr w:type="spellEnd"/>
      <w:r>
        <w:t xml:space="preserve"> del </w:t>
      </w:r>
      <w:proofErr w:type="spellStart"/>
      <w:r>
        <w:t>Direttore</w:t>
      </w:r>
      <w:proofErr w:type="spellEnd"/>
      <w:r>
        <w:t xml:space="preserve"> di </w:t>
      </w:r>
      <w:proofErr w:type="spellStart"/>
      <w:r>
        <w:t>Distretto</w:t>
      </w:r>
      <w:proofErr w:type="spellEnd"/>
      <w:r>
        <w:t xml:space="preserve">. </w:t>
      </w:r>
      <w:proofErr w:type="spellStart"/>
      <w:r>
        <w:t>L'adesione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perfeziona</w:t>
      </w:r>
      <w:proofErr w:type="spellEnd"/>
      <w:r>
        <w:t xml:space="preserve"> con la </w:t>
      </w:r>
      <w:proofErr w:type="spellStart"/>
      <w:r>
        <w:t>successiva</w:t>
      </w:r>
      <w:proofErr w:type="spellEnd"/>
      <w:r>
        <w:t xml:space="preserve"> </w:t>
      </w:r>
      <w:proofErr w:type="spellStart"/>
      <w:r>
        <w:t>sottoscrizione</w:t>
      </w:r>
      <w:proofErr w:type="spellEnd"/>
      <w:r>
        <w:t xml:space="preserve"> del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da </w:t>
      </w:r>
      <w:proofErr w:type="spellStart"/>
      <w:r>
        <w:t>parte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pro tempore </w:t>
      </w:r>
      <w:proofErr w:type="spellStart"/>
      <w:r>
        <w:t>dell'ente</w:t>
      </w:r>
      <w:proofErr w:type="spellEnd"/>
      <w:r>
        <w:t xml:space="preserve"> e la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controfirma</w:t>
      </w:r>
      <w:proofErr w:type="spellEnd"/>
      <w:r>
        <w:t xml:space="preserve"> per </w:t>
      </w:r>
      <w:proofErr w:type="spellStart"/>
      <w:r>
        <w:t>l'ASP</w:t>
      </w:r>
      <w:proofErr w:type="spellEnd"/>
      <w:r>
        <w:t xml:space="preserve"> di Cosenza; con la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l'ente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ed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impegni</w:t>
      </w:r>
      <w:proofErr w:type="spellEnd"/>
      <w:r>
        <w:t xml:space="preserve"> del </w:t>
      </w:r>
      <w:proofErr w:type="spellStart"/>
      <w:r>
        <w:t>Protocollo</w:t>
      </w:r>
      <w:proofErr w:type="spellEnd"/>
      <w:r>
        <w:t xml:space="preserve">, </w:t>
      </w:r>
      <w:proofErr w:type="spellStart"/>
      <w:r>
        <w:t>ivi</w:t>
      </w:r>
      <w:proofErr w:type="spellEnd"/>
      <w:r>
        <w:t xml:space="preserve"> </w:t>
      </w:r>
      <w:proofErr w:type="spellStart"/>
      <w:r>
        <w:t>compreso</w:t>
      </w:r>
      <w:proofErr w:type="spellEnd"/>
      <w:r>
        <w:t xml:space="preserve"> il </w:t>
      </w:r>
      <w:proofErr w:type="spellStart"/>
      <w:r>
        <w:t>protocollo</w:t>
      </w:r>
      <w:proofErr w:type="spellEnd"/>
      <w:r>
        <w:t xml:space="preserve"> di </w:t>
      </w:r>
      <w:proofErr w:type="spellStart"/>
      <w:r>
        <w:t>legalità</w:t>
      </w:r>
      <w:proofErr w:type="spellEnd"/>
      <w:r>
        <w:t xml:space="preserve"> di cui </w:t>
      </w:r>
      <w:proofErr w:type="spellStart"/>
      <w:r>
        <w:t>alla</w:t>
      </w:r>
      <w:proofErr w:type="spellEnd"/>
      <w:r>
        <w:t xml:space="preserve"> D.G.R. </w:t>
      </w:r>
      <w:proofErr w:type="spellStart"/>
      <w:r>
        <w:t>Regione</w:t>
      </w:r>
      <w:proofErr w:type="spellEnd"/>
      <w:r>
        <w:t xml:space="preserve"> Calabria n. 439/2025.</w:t>
      </w:r>
    </w:p>
    <w:p w14:paraId="20974A85" w14:textId="77777777" w:rsidR="009E058F" w:rsidRDefault="007F5FE3">
      <w:pPr>
        <w:spacing w:after="160"/>
        <w:jc w:val="both"/>
      </w:pPr>
      <w:r>
        <w:t xml:space="preserve">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esito</w:t>
      </w:r>
      <w:proofErr w:type="spellEnd"/>
      <w:r>
        <w:t xml:space="preserve"> </w:t>
      </w:r>
      <w:proofErr w:type="spellStart"/>
      <w:r>
        <w:t>negativo</w:t>
      </w:r>
      <w:proofErr w:type="spellEnd"/>
      <w:r>
        <w:t xml:space="preserve">, il </w:t>
      </w:r>
      <w:proofErr w:type="spellStart"/>
      <w:r>
        <w:t>diniego</w:t>
      </w:r>
      <w:proofErr w:type="spellEnd"/>
      <w:r>
        <w:t xml:space="preserve">, </w:t>
      </w:r>
      <w:proofErr w:type="spellStart"/>
      <w:r>
        <w:t>motivato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in </w:t>
      </w:r>
      <w:proofErr w:type="spellStart"/>
      <w:r>
        <w:t>ragione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carenza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, è </w:t>
      </w:r>
      <w:proofErr w:type="spellStart"/>
      <w:r>
        <w:t>disposto</w:t>
      </w:r>
      <w:proofErr w:type="spellEnd"/>
      <w:r>
        <w:t xml:space="preserve"> con </w:t>
      </w:r>
      <w:proofErr w:type="spellStart"/>
      <w:r>
        <w:t>determinazione</w:t>
      </w:r>
      <w:proofErr w:type="spellEnd"/>
      <w:r>
        <w:t xml:space="preserve"> del </w:t>
      </w:r>
      <w:proofErr w:type="spellStart"/>
      <w:r>
        <w:t>Direttore</w:t>
      </w:r>
      <w:proofErr w:type="spellEnd"/>
      <w:r>
        <w:t xml:space="preserve"> di </w:t>
      </w:r>
      <w:proofErr w:type="spellStart"/>
      <w:r>
        <w:t>Distretto</w:t>
      </w:r>
      <w:proofErr w:type="spellEnd"/>
      <w:r>
        <w:t>.</w:t>
      </w:r>
    </w:p>
    <w:p w14:paraId="67129B9E" w14:textId="77777777" w:rsidR="009E058F" w:rsidRDefault="007F5FE3">
      <w:pPr>
        <w:spacing w:after="160"/>
        <w:jc w:val="both"/>
      </w:pPr>
      <w:proofErr w:type="spellStart"/>
      <w:r>
        <w:t>Gli</w:t>
      </w:r>
      <w:proofErr w:type="spellEnd"/>
      <w:r>
        <w:t xml:space="preserve"> </w:t>
      </w:r>
      <w:proofErr w:type="spellStart"/>
      <w:r>
        <w:t>esiti</w:t>
      </w:r>
      <w:proofErr w:type="spellEnd"/>
      <w:r>
        <w:t xml:space="preserve"> </w:t>
      </w:r>
      <w:proofErr w:type="spellStart"/>
      <w:r>
        <w:t>dell'istruttoria</w:t>
      </w:r>
      <w:proofErr w:type="spellEnd"/>
      <w:r>
        <w:t xml:space="preserve">, </w:t>
      </w:r>
      <w:proofErr w:type="spellStart"/>
      <w:r>
        <w:t>positivi</w:t>
      </w:r>
      <w:proofErr w:type="spellEnd"/>
      <w:r>
        <w:t xml:space="preserve"> o </w:t>
      </w:r>
      <w:proofErr w:type="spellStart"/>
      <w:r>
        <w:t>negativi</w:t>
      </w:r>
      <w:proofErr w:type="spellEnd"/>
      <w:r>
        <w:t xml:space="preserve">,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all'ente</w:t>
      </w:r>
      <w:proofErr w:type="spellEnd"/>
      <w:r>
        <w:t xml:space="preserve"> a mezzo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elettronica</w:t>
      </w:r>
      <w:proofErr w:type="spellEnd"/>
      <w:r>
        <w:t xml:space="preserve"> </w:t>
      </w:r>
      <w:proofErr w:type="spellStart"/>
      <w:r>
        <w:t>certificata</w:t>
      </w:r>
      <w:proofErr w:type="spellEnd"/>
      <w:r>
        <w:t xml:space="preserve"> (PEC) </w:t>
      </w:r>
      <w:proofErr w:type="spellStart"/>
      <w:r>
        <w:t>entro</w:t>
      </w:r>
      <w:proofErr w:type="spellEnd"/>
      <w:r>
        <w:t xml:space="preserve"> il </w:t>
      </w:r>
      <w:proofErr w:type="spellStart"/>
      <w:r>
        <w:t>medesimo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. </w:t>
      </w:r>
      <w:proofErr w:type="spellStart"/>
      <w:r>
        <w:t>L'elenco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aderenti</w:t>
      </w:r>
      <w:proofErr w:type="spellEnd"/>
      <w:r>
        <w:t xml:space="preserve"> è </w:t>
      </w:r>
      <w:proofErr w:type="spellStart"/>
      <w:r>
        <w:t>pubblicato</w:t>
      </w:r>
      <w:proofErr w:type="spellEnd"/>
      <w:r>
        <w:t xml:space="preserve"> e </w:t>
      </w:r>
      <w:proofErr w:type="spellStart"/>
      <w:r>
        <w:t>periodicamente</w:t>
      </w:r>
      <w:proofErr w:type="spellEnd"/>
      <w:r>
        <w:t xml:space="preserve"> </w:t>
      </w:r>
      <w:proofErr w:type="spellStart"/>
      <w:r>
        <w:t>aggiornato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istituzionale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Cosenza.</w:t>
      </w:r>
    </w:p>
    <w:p w14:paraId="4FE8EB4B" w14:textId="77777777" w:rsidR="009E058F" w:rsidRDefault="007F5FE3">
      <w:pPr>
        <w:spacing w:before="160" w:after="80"/>
      </w:pPr>
      <w:r>
        <w:rPr>
          <w:b/>
        </w:rPr>
        <w:t xml:space="preserve">Art. 7 – </w:t>
      </w:r>
      <w:proofErr w:type="spellStart"/>
      <w:r>
        <w:rPr>
          <w:b/>
        </w:rPr>
        <w:t>Distretti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competenti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recapiti</w:t>
      </w:r>
      <w:proofErr w:type="spellEnd"/>
    </w:p>
    <w:p w14:paraId="35976F7E" w14:textId="77777777" w:rsidR="009E058F" w:rsidRDefault="007F5FE3">
      <w:pPr>
        <w:spacing w:after="160"/>
        <w:jc w:val="both"/>
      </w:pPr>
      <w:proofErr w:type="spellStart"/>
      <w:r>
        <w:t>L'istanza</w:t>
      </w:r>
      <w:proofErr w:type="spellEnd"/>
      <w:r>
        <w:t xml:space="preserve"> è </w:t>
      </w:r>
      <w:proofErr w:type="spellStart"/>
      <w:r>
        <w:t>indirizzata</w:t>
      </w:r>
      <w:proofErr w:type="spellEnd"/>
      <w:r>
        <w:t xml:space="preserve"> al </w:t>
      </w:r>
      <w:proofErr w:type="spellStart"/>
      <w:r>
        <w:t>Distretto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cui </w:t>
      </w:r>
      <w:proofErr w:type="spellStart"/>
      <w:r>
        <w:t>ambito</w:t>
      </w:r>
      <w:proofErr w:type="spellEnd"/>
      <w:r>
        <w:t xml:space="preserve"> </w:t>
      </w:r>
      <w:proofErr w:type="spellStart"/>
      <w:r>
        <w:t>territoriale</w:t>
      </w:r>
      <w:proofErr w:type="spellEnd"/>
      <w:r>
        <w:t xml:space="preserve"> il </w:t>
      </w:r>
      <w:proofErr w:type="spellStart"/>
      <w:r>
        <w:t>soggetto</w:t>
      </w:r>
      <w:proofErr w:type="spellEnd"/>
      <w:r>
        <w:t xml:space="preserve"> ha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operativa</w:t>
      </w:r>
      <w:proofErr w:type="spellEnd"/>
      <w:r>
        <w:t xml:space="preserve"> o </w:t>
      </w:r>
      <w:proofErr w:type="spellStart"/>
      <w:r>
        <w:t>documentata</w:t>
      </w:r>
      <w:proofErr w:type="spellEnd"/>
      <w:r>
        <w:t xml:space="preserve"> </w:t>
      </w:r>
      <w:proofErr w:type="spellStart"/>
      <w:r>
        <w:t>operatività</w:t>
      </w:r>
      <w:proofErr w:type="spellEnd"/>
      <w:r>
        <w:t>:</w:t>
      </w:r>
    </w:p>
    <w:p w14:paraId="0D9D070C" w14:textId="2E9C7E7D" w:rsidR="009E058F" w:rsidRDefault="007F5FE3">
      <w:pPr>
        <w:pStyle w:val="Puntoelenco"/>
        <w:spacing w:after="40"/>
        <w:jc w:val="both"/>
      </w:pPr>
      <w:proofErr w:type="spellStart"/>
      <w:r>
        <w:t>Distretto</w:t>
      </w:r>
      <w:proofErr w:type="spellEnd"/>
      <w:r>
        <w:t xml:space="preserve"> </w:t>
      </w:r>
      <w:proofErr w:type="spellStart"/>
      <w:r>
        <w:t>Tirreno</w:t>
      </w:r>
      <w:proofErr w:type="spellEnd"/>
      <w:r>
        <w:t xml:space="preserve"> – </w:t>
      </w:r>
      <w:proofErr w:type="spellStart"/>
      <w:r w:rsidR="00A42FBC">
        <w:t>Direttore</w:t>
      </w:r>
      <w:proofErr w:type="spellEnd"/>
      <w:r w:rsidR="00A42FBC">
        <w:t xml:space="preserve"> </w:t>
      </w:r>
      <w:proofErr w:type="spellStart"/>
      <w:r w:rsidR="00A42FBC">
        <w:t>Dott.ssa</w:t>
      </w:r>
      <w:proofErr w:type="spellEnd"/>
      <w:r w:rsidR="00A42FBC">
        <w:t xml:space="preserve"> Angela </w:t>
      </w:r>
      <w:proofErr w:type="spellStart"/>
      <w:r w:rsidR="00A42FBC">
        <w:t>Riccetti</w:t>
      </w:r>
      <w:proofErr w:type="spellEnd"/>
      <w:r w:rsidR="00A42FBC">
        <w:t xml:space="preserve">,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f.f.</w:t>
      </w:r>
      <w:proofErr w:type="spellEnd"/>
      <w:r>
        <w:t xml:space="preserve"> </w:t>
      </w:r>
      <w:proofErr w:type="spellStart"/>
      <w:r>
        <w:t>Dott.ssa</w:t>
      </w:r>
      <w:proofErr w:type="spellEnd"/>
      <w:r>
        <w:t xml:space="preserve"> Clelia </w:t>
      </w:r>
      <w:proofErr w:type="spellStart"/>
      <w:r>
        <w:t>Randisi</w:t>
      </w:r>
      <w:proofErr w:type="spellEnd"/>
      <w:r>
        <w:t xml:space="preserve"> </w:t>
      </w:r>
    </w:p>
    <w:p w14:paraId="5C241BC4" w14:textId="60059D2F" w:rsidR="009E058F" w:rsidRDefault="007F5FE3">
      <w:pPr>
        <w:pStyle w:val="Puntoelenco"/>
        <w:spacing w:after="40"/>
        <w:jc w:val="both"/>
      </w:pPr>
      <w:proofErr w:type="spellStart"/>
      <w:r>
        <w:t>Distretto</w:t>
      </w:r>
      <w:proofErr w:type="spellEnd"/>
      <w:r>
        <w:t xml:space="preserve"> Cosenza-</w:t>
      </w:r>
      <w:proofErr w:type="spellStart"/>
      <w:r>
        <w:t>Savuto</w:t>
      </w:r>
      <w:proofErr w:type="spellEnd"/>
      <w:r>
        <w:t xml:space="preserve"> –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Dott</w:t>
      </w:r>
      <w:proofErr w:type="spellEnd"/>
      <w:r>
        <w:t xml:space="preserve">. </w:t>
      </w:r>
      <w:proofErr w:type="spellStart"/>
      <w:r>
        <w:t>Sisto</w:t>
      </w:r>
      <w:proofErr w:type="spellEnd"/>
      <w:r>
        <w:t xml:space="preserve"> Milito </w:t>
      </w:r>
    </w:p>
    <w:p w14:paraId="704A282F" w14:textId="11BBB306" w:rsidR="009E058F" w:rsidRDefault="007F5FE3">
      <w:pPr>
        <w:pStyle w:val="Puntoelenco"/>
        <w:spacing w:after="40"/>
        <w:jc w:val="both"/>
      </w:pPr>
      <w:proofErr w:type="spellStart"/>
      <w:r>
        <w:t>Distretto</w:t>
      </w:r>
      <w:proofErr w:type="spellEnd"/>
      <w:r>
        <w:t xml:space="preserve"> </w:t>
      </w:r>
      <w:proofErr w:type="spellStart"/>
      <w:r>
        <w:t>Esaro-Pollino</w:t>
      </w:r>
      <w:proofErr w:type="spellEnd"/>
      <w:r>
        <w:t xml:space="preserve"> –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Dott</w:t>
      </w:r>
      <w:proofErr w:type="spellEnd"/>
      <w:r>
        <w:t xml:space="preserve">. </w:t>
      </w:r>
      <w:r w:rsidR="00A42FBC">
        <w:t xml:space="preserve">Domenico </w:t>
      </w:r>
      <w:proofErr w:type="spellStart"/>
      <w:r w:rsidR="00A42FBC">
        <w:t>Logozzo</w:t>
      </w:r>
      <w:proofErr w:type="spellEnd"/>
      <w:r>
        <w:t xml:space="preserve"> </w:t>
      </w:r>
    </w:p>
    <w:p w14:paraId="67F4882F" w14:textId="6F8320BB" w:rsidR="009E058F" w:rsidRDefault="007F5FE3">
      <w:pPr>
        <w:pStyle w:val="Puntoelenco"/>
        <w:spacing w:after="40"/>
        <w:jc w:val="both"/>
      </w:pPr>
      <w:proofErr w:type="spellStart"/>
      <w:r>
        <w:t>Distretto</w:t>
      </w:r>
      <w:proofErr w:type="spellEnd"/>
      <w:r>
        <w:t xml:space="preserve"> </w:t>
      </w:r>
      <w:proofErr w:type="spellStart"/>
      <w:r>
        <w:t>Ionio</w:t>
      </w:r>
      <w:proofErr w:type="spellEnd"/>
      <w:r>
        <w:t xml:space="preserve"> Sud –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Dott</w:t>
      </w:r>
      <w:proofErr w:type="spellEnd"/>
      <w:r>
        <w:t xml:space="preserve">. </w:t>
      </w:r>
      <w:r w:rsidR="00A41CAC">
        <w:t>Tucci Giglio Francesco</w:t>
      </w:r>
    </w:p>
    <w:p w14:paraId="4E670A9E" w14:textId="77777777" w:rsidR="00A42FBC" w:rsidRDefault="007F5FE3" w:rsidP="00A42FBC">
      <w:pPr>
        <w:pStyle w:val="Puntoelenco"/>
        <w:spacing w:before="160" w:after="80"/>
        <w:jc w:val="both"/>
      </w:pPr>
      <w:proofErr w:type="spellStart"/>
      <w:r>
        <w:t>Distretto</w:t>
      </w:r>
      <w:proofErr w:type="spellEnd"/>
      <w:r>
        <w:t xml:space="preserve"> </w:t>
      </w:r>
      <w:proofErr w:type="spellStart"/>
      <w:r>
        <w:t>Ionio</w:t>
      </w:r>
      <w:proofErr w:type="spellEnd"/>
      <w:r>
        <w:t xml:space="preserve"> Nord – </w:t>
      </w:r>
      <w:proofErr w:type="spellStart"/>
      <w:r w:rsidR="00A42FBC">
        <w:t>Direttore</w:t>
      </w:r>
      <w:proofErr w:type="spellEnd"/>
      <w:r w:rsidR="00A42FBC">
        <w:t xml:space="preserve"> </w:t>
      </w:r>
      <w:proofErr w:type="spellStart"/>
      <w:r>
        <w:t>Dott.</w:t>
      </w:r>
      <w:r w:rsidR="00A42FBC">
        <w:t>ssa</w:t>
      </w:r>
      <w:proofErr w:type="spellEnd"/>
      <w:r w:rsidR="00A42FBC">
        <w:t xml:space="preserve"> Antonella</w:t>
      </w:r>
      <w:r>
        <w:t xml:space="preserve"> </w:t>
      </w:r>
      <w:proofErr w:type="spellStart"/>
      <w:r>
        <w:t>Arvia</w:t>
      </w:r>
      <w:proofErr w:type="spellEnd"/>
      <w:r>
        <w:t xml:space="preserve"> </w:t>
      </w:r>
    </w:p>
    <w:p w14:paraId="1B47B86F" w14:textId="77777777" w:rsidR="00A42FBC" w:rsidRDefault="00A42FBC" w:rsidP="00A42FBC">
      <w:pPr>
        <w:pStyle w:val="Puntoelenco"/>
        <w:numPr>
          <w:ilvl w:val="0"/>
          <w:numId w:val="0"/>
        </w:numPr>
        <w:spacing w:before="160" w:after="80"/>
        <w:ind w:left="360" w:hanging="360"/>
        <w:jc w:val="both"/>
      </w:pPr>
    </w:p>
    <w:p w14:paraId="3DE272C1" w14:textId="653A36A1" w:rsidR="00A42FBC" w:rsidRDefault="00A42FBC" w:rsidP="00A42FBC">
      <w:pPr>
        <w:pStyle w:val="Puntoelenco"/>
        <w:numPr>
          <w:ilvl w:val="0"/>
          <w:numId w:val="0"/>
        </w:numPr>
        <w:spacing w:before="160" w:after="80"/>
        <w:ind w:left="360" w:hanging="360"/>
        <w:jc w:val="both"/>
      </w:pPr>
      <w:r>
        <w:t xml:space="preserve">Si </w:t>
      </w:r>
      <w:proofErr w:type="spellStart"/>
      <w:r>
        <w:t>chiede</w:t>
      </w:r>
      <w:proofErr w:type="spellEnd"/>
      <w:r>
        <w:t xml:space="preserve"> di </w:t>
      </w:r>
      <w:proofErr w:type="spellStart"/>
      <w:r>
        <w:t>inoltrare</w:t>
      </w:r>
      <w:proofErr w:type="spellEnd"/>
      <w:r>
        <w:t xml:space="preserve"> </w:t>
      </w:r>
      <w:proofErr w:type="spellStart"/>
      <w:r>
        <w:t>l’istanza</w:t>
      </w:r>
      <w:proofErr w:type="spellEnd"/>
      <w:r>
        <w:t xml:space="preserve"> al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pec: </w:t>
      </w:r>
      <w:hyperlink r:id="rId7" w:history="1">
        <w:r w:rsidRPr="004C6F0B">
          <w:rPr>
            <w:rStyle w:val="Collegamentoipertestuale"/>
          </w:rPr>
          <w:t>protocollo@pec.asp.cosenza.it</w:t>
        </w:r>
      </w:hyperlink>
      <w:r>
        <w:t xml:space="preserve"> </w:t>
      </w:r>
    </w:p>
    <w:p w14:paraId="3A1D4188" w14:textId="77777777" w:rsidR="00A42FBC" w:rsidRDefault="00A42FBC" w:rsidP="00A42FBC">
      <w:pPr>
        <w:pStyle w:val="Puntoelenco"/>
        <w:numPr>
          <w:ilvl w:val="0"/>
          <w:numId w:val="0"/>
        </w:numPr>
        <w:spacing w:before="160" w:after="80"/>
        <w:jc w:val="both"/>
      </w:pPr>
    </w:p>
    <w:p w14:paraId="09DE42AD" w14:textId="27CB3782" w:rsidR="009E058F" w:rsidRDefault="007F5FE3" w:rsidP="00A42FBC">
      <w:pPr>
        <w:pStyle w:val="Puntoelenco"/>
        <w:numPr>
          <w:ilvl w:val="0"/>
          <w:numId w:val="0"/>
        </w:numPr>
        <w:spacing w:before="160" w:after="80"/>
        <w:jc w:val="both"/>
      </w:pPr>
      <w:r w:rsidRPr="00A42FBC">
        <w:rPr>
          <w:b/>
        </w:rPr>
        <w:t xml:space="preserve">Art. 8 – </w:t>
      </w:r>
      <w:proofErr w:type="spellStart"/>
      <w:r w:rsidRPr="00A42FBC">
        <w:rPr>
          <w:b/>
        </w:rPr>
        <w:t>Impegni</w:t>
      </w:r>
      <w:proofErr w:type="spellEnd"/>
      <w:r w:rsidRPr="00A42FBC">
        <w:rPr>
          <w:b/>
        </w:rPr>
        <w:t xml:space="preserve"> </w:t>
      </w:r>
      <w:proofErr w:type="spellStart"/>
      <w:r w:rsidRPr="00A42FBC">
        <w:rPr>
          <w:b/>
        </w:rPr>
        <w:t>delle</w:t>
      </w:r>
      <w:proofErr w:type="spellEnd"/>
      <w:r w:rsidRPr="00A42FBC">
        <w:rPr>
          <w:b/>
        </w:rPr>
        <w:t xml:space="preserve"> parti</w:t>
      </w:r>
    </w:p>
    <w:p w14:paraId="2EB09FDF" w14:textId="77777777" w:rsidR="009E058F" w:rsidRDefault="007F5FE3">
      <w:pPr>
        <w:spacing w:after="160"/>
        <w:jc w:val="both"/>
      </w:pPr>
      <w:r>
        <w:t xml:space="preserve">Con </w:t>
      </w:r>
      <w:proofErr w:type="spellStart"/>
      <w:r>
        <w:t>l'adesione</w:t>
      </w:r>
      <w:proofErr w:type="spellEnd"/>
      <w:r>
        <w:t xml:space="preserve">, le parti </w:t>
      </w:r>
      <w:proofErr w:type="spellStart"/>
      <w:r>
        <w:t>assumono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impegni</w:t>
      </w:r>
      <w:proofErr w:type="spellEnd"/>
      <w:r>
        <w:t xml:space="preserve"> </w:t>
      </w:r>
      <w:proofErr w:type="spellStart"/>
      <w:r>
        <w:t>reciproci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5 e 6 del </w:t>
      </w:r>
      <w:proofErr w:type="spellStart"/>
      <w:r>
        <w:t>Protocollo</w:t>
      </w:r>
      <w:proofErr w:type="spellEnd"/>
      <w:r>
        <w:t xml:space="preserve">. I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aderenti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impegnano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, ad </w:t>
      </w:r>
      <w:proofErr w:type="spellStart"/>
      <w:r>
        <w:t>operare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rispetto </w:t>
      </w:r>
      <w:proofErr w:type="spellStart"/>
      <w:r>
        <w:t>delle</w:t>
      </w:r>
      <w:proofErr w:type="spellEnd"/>
      <w:r>
        <w:t xml:space="preserve"> normative </w:t>
      </w:r>
      <w:proofErr w:type="spellStart"/>
      <w:r>
        <w:t>vigenti</w:t>
      </w:r>
      <w:proofErr w:type="spellEnd"/>
      <w:r>
        <w:t xml:space="preserve">, a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volontario</w:t>
      </w:r>
      <w:proofErr w:type="spellEnd"/>
      <w:r>
        <w:t xml:space="preserve"> </w:t>
      </w:r>
      <w:proofErr w:type="spellStart"/>
      <w:r>
        <w:t>qualificato</w:t>
      </w:r>
      <w:proofErr w:type="spellEnd"/>
      <w:r>
        <w:t xml:space="preserve">, a </w:t>
      </w:r>
      <w:proofErr w:type="spellStart"/>
      <w:r>
        <w:t>collaborare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concordate</w:t>
      </w:r>
      <w:proofErr w:type="spellEnd"/>
      <w:r>
        <w:t xml:space="preserve">, a </w:t>
      </w:r>
      <w:proofErr w:type="spellStart"/>
      <w:r>
        <w:t>partecipare</w:t>
      </w:r>
      <w:proofErr w:type="spellEnd"/>
      <w:r>
        <w:t xml:space="preserve"> ai </w:t>
      </w:r>
      <w:proofErr w:type="spellStart"/>
      <w:r>
        <w:t>momenti</w:t>
      </w:r>
      <w:proofErr w:type="spellEnd"/>
      <w:r>
        <w:t xml:space="preserve"> di </w:t>
      </w:r>
      <w:proofErr w:type="spellStart"/>
      <w:r>
        <w:t>coordinamento</w:t>
      </w:r>
      <w:proofErr w:type="spellEnd"/>
      <w:r>
        <w:t xml:space="preserve"> ed a </w:t>
      </w:r>
      <w:proofErr w:type="spellStart"/>
      <w:r>
        <w:t>garantire</w:t>
      </w:r>
      <w:proofErr w:type="spellEnd"/>
      <w:r>
        <w:t xml:space="preserve"> la </w:t>
      </w:r>
      <w:proofErr w:type="spellStart"/>
      <w:r>
        <w:t>massima</w:t>
      </w:r>
      <w:proofErr w:type="spellEnd"/>
      <w:r>
        <w:t xml:space="preserve"> </w:t>
      </w:r>
      <w:proofErr w:type="spellStart"/>
      <w:r>
        <w:t>riservatezza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rispetto del </w:t>
      </w:r>
      <w:proofErr w:type="spellStart"/>
      <w:r>
        <w:t>Regolamento</w:t>
      </w:r>
      <w:proofErr w:type="spellEnd"/>
      <w:r>
        <w:t xml:space="preserve"> (UE) 2016/679 (GDPR).</w:t>
      </w:r>
    </w:p>
    <w:p w14:paraId="48F1EA41" w14:textId="77777777" w:rsidR="009E058F" w:rsidRDefault="007F5FE3">
      <w:pPr>
        <w:spacing w:before="160" w:after="80"/>
      </w:pPr>
      <w:r>
        <w:rPr>
          <w:b/>
        </w:rPr>
        <w:lastRenderedPageBreak/>
        <w:t xml:space="preserve">Art. 9 –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personali</w:t>
      </w:r>
      <w:proofErr w:type="spellEnd"/>
    </w:p>
    <w:p w14:paraId="03B49AF4" w14:textId="77777777" w:rsidR="009E058F" w:rsidRDefault="007F5FE3">
      <w:pPr>
        <w:spacing w:after="160"/>
        <w:jc w:val="both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ai sensi del </w:t>
      </w:r>
      <w:proofErr w:type="spellStart"/>
      <w:r>
        <w:t>Regolamento</w:t>
      </w:r>
      <w:proofErr w:type="spellEnd"/>
      <w:r>
        <w:t xml:space="preserve"> (UE) 2016/679 (GDPR) e del </w:t>
      </w:r>
      <w:proofErr w:type="spellStart"/>
      <w:proofErr w:type="gramStart"/>
      <w:r>
        <w:t>D.Lgs</w:t>
      </w:r>
      <w:proofErr w:type="spellEnd"/>
      <w:proofErr w:type="gramEnd"/>
      <w:r>
        <w:t xml:space="preserve">. n. 196/2003 e </w:t>
      </w:r>
      <w:proofErr w:type="spellStart"/>
      <w:r>
        <w:t>s.m.i</w:t>
      </w:r>
      <w:proofErr w:type="spellEnd"/>
      <w:r>
        <w:t xml:space="preserve">., </w:t>
      </w:r>
      <w:proofErr w:type="spellStart"/>
      <w:r>
        <w:t>esclusivamente</w:t>
      </w:r>
      <w:proofErr w:type="spellEnd"/>
      <w:r>
        <w:t xml:space="preserve"> per le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connesse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gestione</w:t>
      </w:r>
      <w:proofErr w:type="spellEnd"/>
      <w:r>
        <w:t xml:space="preserve"> del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ed </w:t>
      </w:r>
      <w:proofErr w:type="spellStart"/>
      <w:r>
        <w:t>all'attuazione</w:t>
      </w:r>
      <w:proofErr w:type="spellEnd"/>
      <w:r>
        <w:t xml:space="preserve"> del 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.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</w:t>
      </w:r>
      <w:proofErr w:type="spellStart"/>
      <w:r>
        <w:t>l'Azienda</w:t>
      </w:r>
      <w:proofErr w:type="spellEnd"/>
      <w:r>
        <w:t xml:space="preserve"> Sanitaria </w:t>
      </w:r>
      <w:proofErr w:type="spellStart"/>
      <w:r>
        <w:t>Provinciale</w:t>
      </w:r>
      <w:proofErr w:type="spellEnd"/>
      <w:r>
        <w:t xml:space="preserve"> di Cosenza.</w:t>
      </w:r>
    </w:p>
    <w:p w14:paraId="42A9463A" w14:textId="424658FE" w:rsidR="009E058F" w:rsidRDefault="007F5FE3">
      <w:pPr>
        <w:spacing w:before="160" w:after="80"/>
      </w:pPr>
      <w:r>
        <w:rPr>
          <w:b/>
        </w:rPr>
        <w:t>Art. 10 –</w:t>
      </w:r>
      <w:proofErr w:type="spellStart"/>
      <w:r w:rsidR="00A42FBC">
        <w:rPr>
          <w:b/>
        </w:rPr>
        <w:t>P</w:t>
      </w:r>
      <w:r>
        <w:rPr>
          <w:b/>
        </w:rPr>
        <w:t>ubblicità</w:t>
      </w:r>
      <w:proofErr w:type="spellEnd"/>
      <w:r w:rsidR="00E804C5">
        <w:rPr>
          <w:b/>
        </w:rPr>
        <w:t>.</w:t>
      </w:r>
    </w:p>
    <w:p w14:paraId="72F7F2C3" w14:textId="77777777" w:rsidR="009E058F" w:rsidRDefault="007F5FE3">
      <w:pPr>
        <w:spacing w:after="160"/>
        <w:jc w:val="both"/>
      </w:pPr>
      <w:r>
        <w:t xml:space="preserve">Il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è </w:t>
      </w:r>
      <w:proofErr w:type="spellStart"/>
      <w:r>
        <w:t>pubblicato</w:t>
      </w:r>
      <w:proofErr w:type="spellEnd"/>
      <w:r>
        <w:t xml:space="preserve"> </w:t>
      </w:r>
      <w:proofErr w:type="spellStart"/>
      <w:r>
        <w:t>all'Albo</w:t>
      </w:r>
      <w:proofErr w:type="spellEnd"/>
      <w:r>
        <w:t xml:space="preserve"> </w:t>
      </w:r>
      <w:proofErr w:type="spellStart"/>
      <w:r>
        <w:t>Pretorio</w:t>
      </w:r>
      <w:proofErr w:type="spellEnd"/>
      <w:r>
        <w:t xml:space="preserve"> online 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sezione</w:t>
      </w:r>
      <w:proofErr w:type="spellEnd"/>
      <w:r>
        <w:t xml:space="preserve"> “</w:t>
      </w:r>
      <w:proofErr w:type="spellStart"/>
      <w:r>
        <w:t>Amministrazione</w:t>
      </w:r>
      <w:proofErr w:type="spellEnd"/>
      <w:r>
        <w:t xml:space="preserve"> </w:t>
      </w:r>
      <w:proofErr w:type="spellStart"/>
      <w:r>
        <w:t>Trasparente</w:t>
      </w:r>
      <w:proofErr w:type="spellEnd"/>
      <w:r>
        <w:t xml:space="preserve">” del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istituzionale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Cosenza, </w:t>
      </w:r>
      <w:proofErr w:type="spellStart"/>
      <w:r>
        <w:t>unitamente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modulistica</w:t>
      </w:r>
      <w:proofErr w:type="spellEnd"/>
      <w:r>
        <w:t>.</w:t>
      </w:r>
    </w:p>
    <w:p w14:paraId="1D9415C9" w14:textId="77777777" w:rsidR="009E058F" w:rsidRDefault="007F5FE3">
      <w:pPr>
        <w:spacing w:before="160" w:after="80"/>
      </w:pPr>
      <w:r>
        <w:rPr>
          <w:b/>
        </w:rPr>
        <w:t xml:space="preserve">Art. 11 – </w:t>
      </w:r>
      <w:proofErr w:type="spellStart"/>
      <w:r>
        <w:rPr>
          <w:b/>
        </w:rPr>
        <w:t>Disposizioni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finali</w:t>
      </w:r>
      <w:proofErr w:type="spellEnd"/>
    </w:p>
    <w:p w14:paraId="55146F86" w14:textId="77777777" w:rsidR="009E058F" w:rsidRDefault="007F5FE3">
      <w:pPr>
        <w:spacing w:after="160"/>
        <w:jc w:val="both"/>
      </w:pPr>
      <w:r>
        <w:t xml:space="preserve">Per </w:t>
      </w:r>
      <w:proofErr w:type="spellStart"/>
      <w:r>
        <w:t>quanto</w:t>
      </w:r>
      <w:proofErr w:type="spellEnd"/>
      <w:r>
        <w:t xml:space="preserve"> non </w:t>
      </w:r>
      <w:proofErr w:type="spellStart"/>
      <w:r>
        <w:t>previsto</w:t>
      </w:r>
      <w:proofErr w:type="spellEnd"/>
      <w:r>
        <w:t xml:space="preserve"> dal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rinvia</w:t>
      </w:r>
      <w:proofErr w:type="spellEnd"/>
      <w:r>
        <w:t xml:space="preserve"> al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ed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in </w:t>
      </w:r>
      <w:proofErr w:type="spellStart"/>
      <w:r>
        <w:t>materia</w:t>
      </w:r>
      <w:proofErr w:type="spellEnd"/>
      <w:r>
        <w:t>.</w:t>
      </w:r>
    </w:p>
    <w:p w14:paraId="0C0747AB" w14:textId="77777777" w:rsidR="009E058F" w:rsidRDefault="007F5FE3">
      <w:pPr>
        <w:spacing w:after="160"/>
        <w:jc w:val="both"/>
      </w:pPr>
      <w:r>
        <w:t xml:space="preserve">L'ASP di Cosenza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riserva</w:t>
      </w:r>
      <w:proofErr w:type="spellEnd"/>
      <w:r>
        <w:t xml:space="preserve"> la </w:t>
      </w:r>
      <w:proofErr w:type="spellStart"/>
      <w:r>
        <w:t>facoltà</w:t>
      </w:r>
      <w:proofErr w:type="spellEnd"/>
      <w:r>
        <w:t xml:space="preserve"> di </w:t>
      </w:r>
      <w:proofErr w:type="spellStart"/>
      <w:r>
        <w:t>modificare</w:t>
      </w:r>
      <w:proofErr w:type="spellEnd"/>
      <w:r>
        <w:t xml:space="preserve">, </w:t>
      </w:r>
      <w:proofErr w:type="spellStart"/>
      <w:r>
        <w:t>integrare</w:t>
      </w:r>
      <w:proofErr w:type="spellEnd"/>
      <w:r>
        <w:t xml:space="preserve"> o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avviso</w:t>
      </w:r>
      <w:proofErr w:type="spellEnd"/>
      <w:r>
        <w:t xml:space="preserve"> per </w:t>
      </w:r>
      <w:proofErr w:type="spellStart"/>
      <w:r>
        <w:t>sopravvenute</w:t>
      </w:r>
      <w:proofErr w:type="spellEnd"/>
      <w:r>
        <w:t xml:space="preserve"> </w:t>
      </w:r>
      <w:proofErr w:type="spellStart"/>
      <w:r>
        <w:t>esigenze</w:t>
      </w:r>
      <w:proofErr w:type="spellEnd"/>
      <w:r>
        <w:t xml:space="preserve"> di </w:t>
      </w:r>
      <w:proofErr w:type="spellStart"/>
      <w:r>
        <w:t>pubblico</w:t>
      </w:r>
      <w:proofErr w:type="spellEnd"/>
      <w:r>
        <w:t xml:space="preserve"> interesse, senza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comporti</w:t>
      </w:r>
      <w:proofErr w:type="spellEnd"/>
      <w:r>
        <w:t xml:space="preserve"> alcuna </w:t>
      </w:r>
      <w:proofErr w:type="spellStart"/>
      <w:r>
        <w:t>pretesa</w:t>
      </w:r>
      <w:proofErr w:type="spellEnd"/>
      <w:r>
        <w:t xml:space="preserve"> da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interessati</w:t>
      </w:r>
      <w:proofErr w:type="spellEnd"/>
      <w:r>
        <w:t>.</w:t>
      </w:r>
    </w:p>
    <w:p w14:paraId="0E551263" w14:textId="77777777" w:rsidR="009E058F" w:rsidRDefault="009E058F">
      <w:pPr>
        <w:spacing w:after="120"/>
      </w:pPr>
    </w:p>
    <w:p w14:paraId="70AF1A55" w14:textId="77777777" w:rsidR="009E058F" w:rsidRDefault="007F5FE3">
      <w:pPr>
        <w:spacing w:after="0"/>
        <w:jc w:val="right"/>
      </w:pPr>
      <w:r>
        <w:t xml:space="preserve">Il </w:t>
      </w:r>
      <w:proofErr w:type="spellStart"/>
      <w:r>
        <w:t>Commissario</w:t>
      </w:r>
      <w:proofErr w:type="spellEnd"/>
      <w:r>
        <w:t xml:space="preserve"> </w:t>
      </w:r>
      <w:proofErr w:type="spellStart"/>
      <w:r>
        <w:t>Straordinario</w:t>
      </w:r>
      <w:proofErr w:type="spellEnd"/>
    </w:p>
    <w:p w14:paraId="08921BD4" w14:textId="77777777" w:rsidR="009E058F" w:rsidRDefault="007F5FE3">
      <w:pPr>
        <w:spacing w:after="120"/>
        <w:jc w:val="right"/>
      </w:pPr>
      <w:proofErr w:type="spellStart"/>
      <w:r>
        <w:rPr>
          <w:b/>
        </w:rPr>
        <w:t>Dott</w:t>
      </w:r>
      <w:proofErr w:type="spellEnd"/>
      <w:r>
        <w:rPr>
          <w:b/>
        </w:rPr>
        <w:t>. Vitaliano De Salazar</w:t>
      </w:r>
    </w:p>
    <w:p w14:paraId="68424B89" w14:textId="77777777" w:rsidR="009E058F" w:rsidRDefault="007F5FE3">
      <w:pPr>
        <w:spacing w:before="40" w:after="120"/>
        <w:jc w:val="right"/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Sottoscritto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digitalmente</w:t>
      </w:r>
      <w:proofErr w:type="spellEnd"/>
      <w:r>
        <w:rPr>
          <w:i/>
          <w:sz w:val="20"/>
        </w:rPr>
        <w:t xml:space="preserve"> ai sensi </w:t>
      </w:r>
      <w:proofErr w:type="spellStart"/>
      <w:r>
        <w:rPr>
          <w:i/>
          <w:sz w:val="20"/>
        </w:rPr>
        <w:t>dell'art</w:t>
      </w:r>
      <w:proofErr w:type="spellEnd"/>
      <w:r>
        <w:rPr>
          <w:i/>
          <w:sz w:val="20"/>
        </w:rPr>
        <w:t xml:space="preserve">. 21 </w:t>
      </w:r>
      <w:proofErr w:type="spellStart"/>
      <w:r>
        <w:rPr>
          <w:i/>
          <w:sz w:val="20"/>
        </w:rPr>
        <w:t>D.Lgs</w:t>
      </w:r>
      <w:proofErr w:type="spellEnd"/>
      <w:r>
        <w:rPr>
          <w:i/>
          <w:sz w:val="20"/>
        </w:rPr>
        <w:t xml:space="preserve">. n. 82/2005, </w:t>
      </w:r>
      <w:proofErr w:type="spellStart"/>
      <w:r>
        <w:rPr>
          <w:i/>
          <w:sz w:val="20"/>
        </w:rPr>
        <w:t>s.m.i</w:t>
      </w:r>
      <w:proofErr w:type="spellEnd"/>
      <w:r>
        <w:rPr>
          <w:i/>
          <w:sz w:val="20"/>
        </w:rPr>
        <w:t xml:space="preserve">. e </w:t>
      </w:r>
      <w:proofErr w:type="spellStart"/>
      <w:r>
        <w:rPr>
          <w:i/>
          <w:sz w:val="20"/>
        </w:rPr>
        <w:t>norme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collegate</w:t>
      </w:r>
      <w:proofErr w:type="spellEnd"/>
      <w:r>
        <w:rPr>
          <w:i/>
          <w:sz w:val="20"/>
        </w:rPr>
        <w:t>)</w:t>
      </w:r>
    </w:p>
    <w:p w14:paraId="5258B776" w14:textId="77777777" w:rsidR="009E058F" w:rsidRDefault="007F5FE3">
      <w:r>
        <w:br w:type="page"/>
      </w:r>
    </w:p>
    <w:p w14:paraId="30830AE7" w14:textId="77777777" w:rsidR="009E058F" w:rsidRDefault="007F5FE3">
      <w:pPr>
        <w:spacing w:after="240"/>
        <w:jc w:val="center"/>
      </w:pPr>
      <w:r>
        <w:rPr>
          <w:noProof/>
          <w:lang w:val="it-IT" w:eastAsia="it-IT"/>
        </w:rPr>
        <w:lastRenderedPageBreak/>
        <w:drawing>
          <wp:inline distT="0" distB="0" distL="0" distR="0" wp14:anchorId="202550E8" wp14:editId="529D904C">
            <wp:extent cx="5760000" cy="1181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ban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1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FC03" w14:textId="77777777" w:rsidR="009E058F" w:rsidRDefault="007F5FE3">
      <w:pPr>
        <w:spacing w:after="240"/>
        <w:jc w:val="center"/>
      </w:pPr>
      <w:r>
        <w:rPr>
          <w:b/>
          <w:sz w:val="26"/>
        </w:rPr>
        <w:t>ALLEGATO A – ISTANZA DI ADESIONE AL PROTOCOLLO D'INTESA ETICO SOLIDALE</w:t>
      </w:r>
    </w:p>
    <w:p w14:paraId="4DE1CC7E" w14:textId="77777777" w:rsidR="009E058F" w:rsidRDefault="007F5FE3" w:rsidP="00E804C5">
      <w:pPr>
        <w:spacing w:after="40"/>
        <w:jc w:val="right"/>
      </w:pPr>
      <w:proofErr w:type="spellStart"/>
      <w:r>
        <w:t>All'Azienda</w:t>
      </w:r>
      <w:proofErr w:type="spellEnd"/>
      <w:r>
        <w:t xml:space="preserve"> Sanitaria </w:t>
      </w:r>
      <w:proofErr w:type="spellStart"/>
      <w:r>
        <w:t>Provinciale</w:t>
      </w:r>
      <w:proofErr w:type="spellEnd"/>
      <w:r>
        <w:t xml:space="preserve"> di Cosenza</w:t>
      </w:r>
    </w:p>
    <w:p w14:paraId="23B9F4C8" w14:textId="77777777" w:rsidR="00E804C5" w:rsidRDefault="007F5FE3" w:rsidP="00E804C5">
      <w:pPr>
        <w:spacing w:after="240"/>
        <w:jc w:val="right"/>
      </w:pPr>
      <w:proofErr w:type="spellStart"/>
      <w:r>
        <w:t>Distretto</w:t>
      </w:r>
      <w:proofErr w:type="spellEnd"/>
      <w:r>
        <w:t xml:space="preserve"> ________________________________  </w:t>
      </w:r>
    </w:p>
    <w:p w14:paraId="3DA42F87" w14:textId="77777777" w:rsidR="00E804C5" w:rsidRDefault="00E804C5" w:rsidP="00E804C5">
      <w:pPr>
        <w:spacing w:after="240"/>
        <w:jc w:val="right"/>
      </w:pPr>
    </w:p>
    <w:p w14:paraId="6A6EC999" w14:textId="6863898A" w:rsidR="009E058F" w:rsidRDefault="007F5FE3" w:rsidP="00E804C5">
      <w:pPr>
        <w:spacing w:after="240"/>
        <w:jc w:val="right"/>
      </w:pPr>
      <w:r>
        <w:t xml:space="preserve"> PEC </w:t>
      </w:r>
      <w:hyperlink r:id="rId8" w:history="1">
        <w:r w:rsidR="00E804C5" w:rsidRPr="004C6F0B">
          <w:rPr>
            <w:rStyle w:val="Collegamentoipertestuale"/>
          </w:rPr>
          <w:t>protocollo@pec.asp.cosenza.it</w:t>
        </w:r>
      </w:hyperlink>
      <w:r w:rsidR="00E804C5">
        <w:t xml:space="preserve"> </w:t>
      </w:r>
    </w:p>
    <w:p w14:paraId="7AC7F8AB" w14:textId="77777777" w:rsidR="00E804C5" w:rsidRDefault="00E804C5" w:rsidP="00E804C5">
      <w:pPr>
        <w:spacing w:after="240"/>
        <w:jc w:val="right"/>
      </w:pPr>
    </w:p>
    <w:p w14:paraId="3738EBE4" w14:textId="77777777" w:rsidR="009E058F" w:rsidRDefault="007F5FE3">
      <w:pPr>
        <w:spacing w:after="160"/>
        <w:jc w:val="both"/>
      </w:pPr>
      <w:r>
        <w:t xml:space="preserve">Il/La </w:t>
      </w:r>
      <w:proofErr w:type="spellStart"/>
      <w:r>
        <w:t>sottoscritto</w:t>
      </w:r>
      <w:proofErr w:type="spellEnd"/>
      <w:r>
        <w:t xml:space="preserve">/a ________________________________, </w:t>
      </w:r>
      <w:proofErr w:type="spellStart"/>
      <w:r>
        <w:t>nato</w:t>
      </w:r>
      <w:proofErr w:type="spellEnd"/>
      <w:r>
        <w:t xml:space="preserve">/a a ______________________ il __/__/______,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pro tempore </w:t>
      </w:r>
      <w:proofErr w:type="spellStart"/>
      <w:r>
        <w:t>dell'ente</w:t>
      </w:r>
      <w:proofErr w:type="spellEnd"/>
      <w:r>
        <w:t xml:space="preserve"> ________________________________, con </w:t>
      </w:r>
      <w:proofErr w:type="spellStart"/>
      <w:r>
        <w:t>sede</w:t>
      </w:r>
      <w:proofErr w:type="spellEnd"/>
      <w:r>
        <w:t xml:space="preserve"> in ________________________________, C.F./P.IVA __________________________, PEC ________________________________,</w:t>
      </w:r>
    </w:p>
    <w:p w14:paraId="1DBE6697" w14:textId="77777777" w:rsidR="009E058F" w:rsidRDefault="007F5FE3">
      <w:pPr>
        <w:spacing w:before="80" w:after="80"/>
        <w:jc w:val="center"/>
      </w:pPr>
      <w:r>
        <w:rPr>
          <w:b/>
        </w:rPr>
        <w:t>CHIEDE</w:t>
      </w:r>
    </w:p>
    <w:p w14:paraId="2C7283C0" w14:textId="77777777" w:rsidR="009E058F" w:rsidRDefault="007F5FE3">
      <w:pPr>
        <w:spacing w:after="160"/>
        <w:jc w:val="both"/>
      </w:pPr>
      <w:proofErr w:type="spellStart"/>
      <w:r>
        <w:t>l'adesione</w:t>
      </w:r>
      <w:proofErr w:type="spellEnd"/>
      <w:r>
        <w:t xml:space="preserve"> </w:t>
      </w:r>
      <w:proofErr w:type="spellStart"/>
      <w:r>
        <w:t>dell'ente</w:t>
      </w:r>
      <w:proofErr w:type="spellEnd"/>
      <w:r>
        <w:t xml:space="preserve"> al “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</w:t>
      </w:r>
      <w:proofErr w:type="spellStart"/>
      <w:r>
        <w:t>Etico</w:t>
      </w:r>
      <w:proofErr w:type="spellEnd"/>
      <w:r>
        <w:t xml:space="preserve"> </w:t>
      </w:r>
      <w:proofErr w:type="spellStart"/>
      <w:r>
        <w:t>Solidale</w:t>
      </w:r>
      <w:proofErr w:type="spellEnd"/>
      <w:r>
        <w:t xml:space="preserve">” </w:t>
      </w:r>
      <w:proofErr w:type="spellStart"/>
      <w:r>
        <w:t>dell'ASP</w:t>
      </w:r>
      <w:proofErr w:type="spellEnd"/>
      <w:r>
        <w:t xml:space="preserve"> di Cosenza, </w:t>
      </w:r>
      <w:proofErr w:type="spellStart"/>
      <w:r>
        <w:t>impegnandosi</w:t>
      </w:r>
      <w:proofErr w:type="spellEnd"/>
      <w:r>
        <w:t xml:space="preserve"> a </w:t>
      </w:r>
      <w:proofErr w:type="spellStart"/>
      <w:r>
        <w:t>sottoscrivere</w:t>
      </w:r>
      <w:proofErr w:type="spellEnd"/>
      <w:r>
        <w:t xml:space="preserve"> il 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medesimo</w:t>
      </w:r>
      <w:proofErr w:type="spellEnd"/>
      <w:r>
        <w:t xml:space="preserve">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istanza</w:t>
      </w:r>
      <w:proofErr w:type="spellEnd"/>
      <w:r>
        <w:t>.</w:t>
      </w:r>
    </w:p>
    <w:p w14:paraId="40352EDF" w14:textId="77777777" w:rsidR="009E058F" w:rsidRDefault="007F5FE3">
      <w:pPr>
        <w:spacing w:after="160"/>
        <w:jc w:val="both"/>
      </w:pPr>
      <w:r>
        <w:t xml:space="preserve">A </w:t>
      </w:r>
      <w:proofErr w:type="spellStart"/>
      <w:r>
        <w:t>tal</w:t>
      </w:r>
      <w:proofErr w:type="spellEnd"/>
      <w:r>
        <w:t xml:space="preserve"> fine, ai sensi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46 e 47 del D.P.R. n. 445/2000 e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sanzioni</w:t>
      </w:r>
      <w:proofErr w:type="spellEnd"/>
      <w:r>
        <w:t xml:space="preserve"> </w:t>
      </w:r>
      <w:proofErr w:type="spellStart"/>
      <w:r>
        <w:t>penali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</w:t>
      </w:r>
      <w:proofErr w:type="spellStart"/>
      <w:r>
        <w:t>dall'art</w:t>
      </w:r>
      <w:proofErr w:type="spellEnd"/>
      <w:r>
        <w:t xml:space="preserve">. 76 del </w:t>
      </w:r>
      <w:proofErr w:type="spellStart"/>
      <w:r>
        <w:t>medesimo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dichiarazioni</w:t>
      </w:r>
      <w:proofErr w:type="spellEnd"/>
      <w:r>
        <w:t xml:space="preserve"> </w:t>
      </w:r>
      <w:proofErr w:type="spellStart"/>
      <w:r>
        <w:t>mendaci</w:t>
      </w:r>
      <w:proofErr w:type="spellEnd"/>
      <w:r>
        <w:t>,</w:t>
      </w:r>
    </w:p>
    <w:p w14:paraId="5353FDD9" w14:textId="77777777" w:rsidR="009E058F" w:rsidRDefault="007F5FE3">
      <w:pPr>
        <w:spacing w:before="80" w:after="80"/>
        <w:jc w:val="center"/>
      </w:pPr>
      <w:r>
        <w:rPr>
          <w:b/>
        </w:rPr>
        <w:t>DICHIARA</w:t>
      </w:r>
    </w:p>
    <w:p w14:paraId="583E49B1" w14:textId="77777777" w:rsidR="009E058F" w:rsidRDefault="007F5FE3">
      <w:pPr>
        <w:pStyle w:val="Puntoelenco"/>
        <w:spacing w:after="40"/>
        <w:jc w:val="both"/>
      </w:pPr>
      <w:r>
        <w:t xml:space="preserve">a)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l'ente</w:t>
      </w:r>
      <w:proofErr w:type="spellEnd"/>
      <w:r>
        <w:t xml:space="preserve"> è </w:t>
      </w:r>
      <w:proofErr w:type="spellStart"/>
      <w:r>
        <w:t>iscritto</w:t>
      </w:r>
      <w:proofErr w:type="spellEnd"/>
      <w:r>
        <w:t xml:space="preserve"> al RUNTS (o </w:t>
      </w:r>
      <w:proofErr w:type="spellStart"/>
      <w:r>
        <w:t>analogo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) al n. ____________ </w:t>
      </w:r>
      <w:proofErr w:type="spellStart"/>
      <w:r>
        <w:t>ovvero</w:t>
      </w:r>
      <w:proofErr w:type="spellEnd"/>
      <w:r>
        <w:t xml:space="preserve"> ha </w:t>
      </w:r>
      <w:proofErr w:type="spellStart"/>
      <w:r>
        <w:t>presentato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in data __/__/______;</w:t>
      </w:r>
    </w:p>
    <w:p w14:paraId="689DFFAA" w14:textId="77777777" w:rsidR="009E058F" w:rsidRDefault="007F5FE3">
      <w:pPr>
        <w:pStyle w:val="Puntoelenco"/>
        <w:spacing w:after="40"/>
        <w:jc w:val="both"/>
      </w:pPr>
      <w:r>
        <w:t xml:space="preserve">b) </w:t>
      </w:r>
      <w:proofErr w:type="spellStart"/>
      <w:r>
        <w:t>che</w:t>
      </w:r>
      <w:proofErr w:type="spellEnd"/>
      <w:r>
        <w:t xml:space="preserve"> lo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di interesse </w:t>
      </w:r>
      <w:proofErr w:type="spellStart"/>
      <w:r>
        <w:t>generale</w:t>
      </w:r>
      <w:proofErr w:type="spellEnd"/>
      <w:r>
        <w:t xml:space="preserve"> ex art. 5 del </w:t>
      </w:r>
      <w:proofErr w:type="spellStart"/>
      <w:proofErr w:type="gramStart"/>
      <w:r>
        <w:t>D.Lgs</w:t>
      </w:r>
      <w:proofErr w:type="spellEnd"/>
      <w:proofErr w:type="gramEnd"/>
      <w:r>
        <w:t xml:space="preserve">. n. 117/2017 </w:t>
      </w:r>
      <w:proofErr w:type="spellStart"/>
      <w:r>
        <w:t>coerenti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1 e 3 del </w:t>
      </w:r>
      <w:proofErr w:type="spellStart"/>
      <w:r>
        <w:t>Protocollo</w:t>
      </w:r>
      <w:proofErr w:type="spellEnd"/>
      <w:r>
        <w:t>;</w:t>
      </w:r>
    </w:p>
    <w:p w14:paraId="1065F9F9" w14:textId="77777777" w:rsidR="009E058F" w:rsidRDefault="007F5FE3">
      <w:pPr>
        <w:pStyle w:val="Puntoelenco"/>
        <w:spacing w:after="40"/>
        <w:jc w:val="both"/>
      </w:pPr>
      <w:r>
        <w:t xml:space="preserve">c)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l'ente</w:t>
      </w:r>
      <w:proofErr w:type="spellEnd"/>
      <w:r>
        <w:t xml:space="preserve"> ha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operativa</w:t>
      </w:r>
      <w:proofErr w:type="spellEnd"/>
      <w:r>
        <w:t xml:space="preserve"> / </w:t>
      </w:r>
      <w:proofErr w:type="spellStart"/>
      <w:r>
        <w:t>documentata</w:t>
      </w:r>
      <w:proofErr w:type="spellEnd"/>
      <w:r>
        <w:t xml:space="preserve"> </w:t>
      </w:r>
      <w:proofErr w:type="spellStart"/>
      <w:r>
        <w:t>operatività</w:t>
      </w:r>
      <w:proofErr w:type="spellEnd"/>
      <w:r>
        <w:t xml:space="preserve"> </w:t>
      </w:r>
      <w:proofErr w:type="spellStart"/>
      <w:r>
        <w:t>nell'ambito</w:t>
      </w:r>
      <w:proofErr w:type="spellEnd"/>
      <w:r>
        <w:t xml:space="preserve">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dell'ASP</w:t>
      </w:r>
      <w:proofErr w:type="spellEnd"/>
      <w:r>
        <w:t xml:space="preserve"> di Cosenza;</w:t>
      </w:r>
    </w:p>
    <w:p w14:paraId="3333776F" w14:textId="77777777" w:rsidR="009E058F" w:rsidRDefault="007F5FE3">
      <w:pPr>
        <w:pStyle w:val="Puntoelenco"/>
        <w:spacing w:after="40"/>
        <w:jc w:val="both"/>
      </w:pPr>
      <w:r>
        <w:t xml:space="preserve">d) </w:t>
      </w:r>
      <w:proofErr w:type="spellStart"/>
      <w:r>
        <w:t>l'insussistenza</w:t>
      </w:r>
      <w:proofErr w:type="spellEnd"/>
      <w:r>
        <w:t xml:space="preserve">, in capo al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ed ai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di </w:t>
      </w:r>
      <w:proofErr w:type="spellStart"/>
      <w:r>
        <w:t>amministrazione</w:t>
      </w:r>
      <w:proofErr w:type="spellEnd"/>
      <w:r>
        <w:t xml:space="preserve">, </w:t>
      </w:r>
      <w:proofErr w:type="spellStart"/>
      <w:r>
        <w:t>delle</w:t>
      </w:r>
      <w:proofErr w:type="spellEnd"/>
      <w:r>
        <w:t xml:space="preserve"> cause di cui </w:t>
      </w:r>
      <w:proofErr w:type="spellStart"/>
      <w:r>
        <w:t>all'art</w:t>
      </w:r>
      <w:proofErr w:type="spellEnd"/>
      <w:r>
        <w:t xml:space="preserve">. 67 del </w:t>
      </w:r>
      <w:proofErr w:type="spellStart"/>
      <w:r>
        <w:t>D.Lgs</w:t>
      </w:r>
      <w:proofErr w:type="spellEnd"/>
      <w:r>
        <w:t>. n. 159/2011;</w:t>
      </w:r>
    </w:p>
    <w:p w14:paraId="5879BD15" w14:textId="77777777" w:rsidR="009E058F" w:rsidRDefault="007F5FE3">
      <w:pPr>
        <w:pStyle w:val="Puntoelenco"/>
        <w:spacing w:after="40"/>
        <w:jc w:val="both"/>
      </w:pPr>
      <w:r>
        <w:t xml:space="preserve">e) di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il </w:t>
      </w:r>
      <w:proofErr w:type="spellStart"/>
      <w:r>
        <w:t>Protocollo</w:t>
      </w:r>
      <w:proofErr w:type="spellEnd"/>
      <w:r>
        <w:t xml:space="preserve"> </w:t>
      </w:r>
      <w:proofErr w:type="spellStart"/>
      <w:r>
        <w:t>d'Intesa</w:t>
      </w:r>
      <w:proofErr w:type="spellEnd"/>
      <w:r>
        <w:t xml:space="preserve"> ed il </w:t>
      </w:r>
      <w:proofErr w:type="spellStart"/>
      <w:r>
        <w:t>protocollo</w:t>
      </w:r>
      <w:proofErr w:type="spellEnd"/>
      <w:r>
        <w:t xml:space="preserve"> di </w:t>
      </w:r>
      <w:proofErr w:type="spellStart"/>
      <w:r>
        <w:t>legalità</w:t>
      </w:r>
      <w:proofErr w:type="spellEnd"/>
      <w:r>
        <w:t xml:space="preserve"> di cui </w:t>
      </w:r>
      <w:proofErr w:type="spellStart"/>
      <w:r>
        <w:t>alla</w:t>
      </w:r>
      <w:proofErr w:type="spellEnd"/>
      <w:r>
        <w:t xml:space="preserve"> D.G.R. Calabria n. 439/2025.</w:t>
      </w:r>
    </w:p>
    <w:p w14:paraId="5157ADB6" w14:textId="77777777" w:rsidR="009E058F" w:rsidRDefault="007F5FE3">
      <w:pPr>
        <w:spacing w:after="160"/>
        <w:jc w:val="both"/>
      </w:pPr>
      <w:r>
        <w:lastRenderedPageBreak/>
        <w:t xml:space="preserve">Il/La </w:t>
      </w:r>
      <w:proofErr w:type="spellStart"/>
      <w:r>
        <w:t>sottoscritto</w:t>
      </w:r>
      <w:proofErr w:type="spellEnd"/>
      <w:r>
        <w:t xml:space="preserve">/a </w:t>
      </w:r>
      <w:proofErr w:type="spellStart"/>
      <w:r>
        <w:t>autorizza</w:t>
      </w:r>
      <w:proofErr w:type="spellEnd"/>
      <w:r>
        <w:t xml:space="preserve">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ai sensi del </w:t>
      </w:r>
      <w:proofErr w:type="spellStart"/>
      <w:r>
        <w:t>Regolamento</w:t>
      </w:r>
      <w:proofErr w:type="spellEnd"/>
      <w:r>
        <w:t xml:space="preserve"> (UE) 2016/679 e del </w:t>
      </w:r>
      <w:proofErr w:type="spellStart"/>
      <w:proofErr w:type="gramStart"/>
      <w:r>
        <w:t>D.Lgs</w:t>
      </w:r>
      <w:proofErr w:type="spellEnd"/>
      <w:proofErr w:type="gramEnd"/>
      <w:r>
        <w:t xml:space="preserve">. n. 196/2003 </w:t>
      </w:r>
      <w:proofErr w:type="spellStart"/>
      <w:r>
        <w:t>s.m.i</w:t>
      </w:r>
      <w:proofErr w:type="spellEnd"/>
      <w:r>
        <w:t xml:space="preserve">., per le sole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connesse</w:t>
      </w:r>
      <w:proofErr w:type="spellEnd"/>
      <w:r>
        <w:t xml:space="preserve"> al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procedimento</w:t>
      </w:r>
      <w:proofErr w:type="spellEnd"/>
      <w:r>
        <w:t>.</w:t>
      </w:r>
    </w:p>
    <w:p w14:paraId="2BB00C37" w14:textId="77777777" w:rsidR="009E058F" w:rsidRDefault="007F5FE3">
      <w:pPr>
        <w:spacing w:before="80" w:after="80"/>
        <w:jc w:val="both"/>
      </w:pPr>
      <w:r>
        <w:rPr>
          <w:b/>
        </w:rPr>
        <w:t xml:space="preserve">ALLEGA, a </w:t>
      </w:r>
      <w:proofErr w:type="spellStart"/>
      <w:r>
        <w:rPr>
          <w:b/>
        </w:rPr>
        <w:t>pena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improcedibilità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dell'istanza</w:t>
      </w:r>
      <w:proofErr w:type="spellEnd"/>
      <w:r>
        <w:rPr>
          <w:b/>
        </w:rPr>
        <w:t>:</w:t>
      </w:r>
    </w:p>
    <w:p w14:paraId="1BD15F71" w14:textId="77777777" w:rsidR="009E058F" w:rsidRDefault="007F5FE3">
      <w:pPr>
        <w:pStyle w:val="Puntoelenco"/>
        <w:spacing w:after="40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e/o </w:t>
      </w:r>
      <w:proofErr w:type="spellStart"/>
      <w:r>
        <w:t>dell'atto</w:t>
      </w:r>
      <w:proofErr w:type="spellEnd"/>
      <w:r>
        <w:t xml:space="preserve"> </w:t>
      </w:r>
      <w:proofErr w:type="spellStart"/>
      <w:r>
        <w:t>costitutivo</w:t>
      </w:r>
      <w:proofErr w:type="spellEnd"/>
      <w:r>
        <w:t xml:space="preserve"> </w:t>
      </w:r>
      <w:proofErr w:type="spellStart"/>
      <w:r>
        <w:t>dell'ente</w:t>
      </w:r>
      <w:proofErr w:type="spellEnd"/>
      <w:r>
        <w:t>;</w:t>
      </w:r>
    </w:p>
    <w:p w14:paraId="4A473423" w14:textId="77777777" w:rsidR="009E058F" w:rsidRDefault="007F5FE3">
      <w:pPr>
        <w:pStyle w:val="Puntoelenco"/>
        <w:spacing w:after="40"/>
        <w:jc w:val="both"/>
      </w:pPr>
      <w:proofErr w:type="spellStart"/>
      <w:r>
        <w:t>relazione</w:t>
      </w:r>
      <w:proofErr w:type="spellEnd"/>
      <w:r>
        <w:t xml:space="preserve"> </w:t>
      </w:r>
      <w:proofErr w:type="spellStart"/>
      <w:r>
        <w:t>descrittiva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svolte</w:t>
      </w:r>
      <w:proofErr w:type="spellEnd"/>
      <w:r>
        <w:t xml:space="preserve"> </w:t>
      </w:r>
      <w:proofErr w:type="spellStart"/>
      <w:r>
        <w:t>dall'ente</w:t>
      </w:r>
      <w:proofErr w:type="spellEnd"/>
      <w:r>
        <w:t xml:space="preserve">, con </w:t>
      </w:r>
      <w:proofErr w:type="spellStart"/>
      <w:r>
        <w:t>indicazione</w:t>
      </w:r>
      <w:proofErr w:type="spellEnd"/>
      <w:r>
        <w:t xml:space="preserve"> </w:t>
      </w:r>
      <w:proofErr w:type="spellStart"/>
      <w:r>
        <w:t>espressa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ambiti</w:t>
      </w:r>
      <w:proofErr w:type="spellEnd"/>
      <w:r>
        <w:t xml:space="preserve"> di </w:t>
      </w:r>
      <w:proofErr w:type="spellStart"/>
      <w:r>
        <w:t>collaborazione</w:t>
      </w:r>
      <w:proofErr w:type="spellEnd"/>
      <w:r>
        <w:t xml:space="preserve"> di interesse di cui </w:t>
      </w:r>
      <w:proofErr w:type="spellStart"/>
      <w:r>
        <w:t>all'art</w:t>
      </w:r>
      <w:proofErr w:type="spellEnd"/>
      <w:r>
        <w:t xml:space="preserve">. 4 </w:t>
      </w:r>
      <w:proofErr w:type="spellStart"/>
      <w:r>
        <w:t>dell'avviso</w:t>
      </w:r>
      <w:proofErr w:type="spellEnd"/>
      <w:r>
        <w:t xml:space="preserve"> (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necessario</w:t>
      </w:r>
      <w:proofErr w:type="spellEnd"/>
      <w:r>
        <w:t xml:space="preserve"> per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coerenza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>. 3);</w:t>
      </w:r>
    </w:p>
    <w:p w14:paraId="28A8047F" w14:textId="77777777" w:rsidR="009E058F" w:rsidRDefault="007F5FE3">
      <w:pPr>
        <w:pStyle w:val="Puntoelenco"/>
        <w:spacing w:after="40"/>
        <w:jc w:val="both"/>
      </w:pPr>
      <w:proofErr w:type="spellStart"/>
      <w:r>
        <w:t>dichiarazione</w:t>
      </w:r>
      <w:proofErr w:type="spellEnd"/>
      <w:r>
        <w:t xml:space="preserve"> </w:t>
      </w:r>
      <w:proofErr w:type="spellStart"/>
      <w:r>
        <w:t>sostitutiva</w:t>
      </w:r>
      <w:proofErr w:type="spellEnd"/>
      <w:r>
        <w:t xml:space="preserve"> </w:t>
      </w:r>
      <w:proofErr w:type="spellStart"/>
      <w:r>
        <w:t>resa</w:t>
      </w:r>
      <w:proofErr w:type="spellEnd"/>
      <w:r>
        <w:t xml:space="preserve"> ai sensi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46 e 47 del D.P.R. n. 445/2000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di cui </w:t>
      </w:r>
      <w:proofErr w:type="spellStart"/>
      <w:r>
        <w:t>all'art</w:t>
      </w:r>
      <w:proofErr w:type="spellEnd"/>
      <w:r>
        <w:t>. 3;</w:t>
      </w:r>
    </w:p>
    <w:p w14:paraId="50C1578C" w14:textId="77777777" w:rsidR="009E058F" w:rsidRDefault="007F5FE3">
      <w:pPr>
        <w:pStyle w:val="Puntoelenco"/>
        <w:spacing w:after="40"/>
        <w:jc w:val="both"/>
      </w:pPr>
      <w:proofErr w:type="spellStart"/>
      <w:r>
        <w:t>copia</w:t>
      </w:r>
      <w:proofErr w:type="spellEnd"/>
      <w:r>
        <w:t xml:space="preserve"> di un </w:t>
      </w:r>
      <w:proofErr w:type="spellStart"/>
      <w:r>
        <w:t>documento</w:t>
      </w:r>
      <w:proofErr w:type="spellEnd"/>
      <w:r>
        <w:t xml:space="preserve"> di </w:t>
      </w:r>
      <w:proofErr w:type="spellStart"/>
      <w:r>
        <w:t>identità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di </w:t>
      </w:r>
      <w:proofErr w:type="spellStart"/>
      <w:r>
        <w:t>validità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>.</w:t>
      </w:r>
    </w:p>
    <w:p w14:paraId="244886C7" w14:textId="77777777" w:rsidR="009E058F" w:rsidRDefault="009E058F">
      <w:pPr>
        <w:spacing w:after="240"/>
      </w:pPr>
    </w:p>
    <w:p w14:paraId="0D674FDF" w14:textId="77777777" w:rsidR="009E058F" w:rsidRDefault="007F5FE3">
      <w:pPr>
        <w:spacing w:before="360"/>
      </w:pPr>
      <w:proofErr w:type="spellStart"/>
      <w:r>
        <w:t>Luogo</w:t>
      </w:r>
      <w:proofErr w:type="spellEnd"/>
      <w:r>
        <w:t xml:space="preserve"> e data __________________________</w:t>
      </w:r>
      <w:r>
        <w:tab/>
      </w:r>
      <w:r>
        <w:tab/>
      </w:r>
      <w:proofErr w:type="spellStart"/>
      <w:r>
        <w:t>Firma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</w:p>
    <w:p w14:paraId="4F6FCDBE" w14:textId="77777777" w:rsidR="009E058F" w:rsidRDefault="007F5FE3">
      <w:pPr>
        <w:jc w:val="right"/>
      </w:pPr>
      <w:r>
        <w:t>________________________________</w:t>
      </w:r>
    </w:p>
    <w:sectPr w:rsidR="009E058F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9BE"/>
    <w:rsid w:val="0015074B"/>
    <w:rsid w:val="0029639D"/>
    <w:rsid w:val="00326F90"/>
    <w:rsid w:val="00450367"/>
    <w:rsid w:val="004B19EE"/>
    <w:rsid w:val="005232C9"/>
    <w:rsid w:val="006D3D0C"/>
    <w:rsid w:val="007B19F8"/>
    <w:rsid w:val="007F5FE3"/>
    <w:rsid w:val="009E058F"/>
    <w:rsid w:val="00A41CAC"/>
    <w:rsid w:val="00A42FBC"/>
    <w:rsid w:val="00AA1D8D"/>
    <w:rsid w:val="00B47730"/>
    <w:rsid w:val="00B84B77"/>
    <w:rsid w:val="00CB0664"/>
    <w:rsid w:val="00D55CA4"/>
    <w:rsid w:val="00E804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F3125"/>
  <w14:defaultImageDpi w14:val="300"/>
  <w15:docId w15:val="{6DA5B370-C5F8-4026-B67C-54CF8237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 w:cs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A42FB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2FB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p.cosenz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@pec.asp.cosenz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2CD43D-92A5-430F-8AEC-3EC3C02E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1972</Words>
  <Characters>11245</Characters>
  <Application>Microsoft Office Word</Application>
  <DocSecurity>0</DocSecurity>
  <Lines>93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Rosaria Retroso</cp:lastModifiedBy>
  <cp:revision>3</cp:revision>
  <dcterms:created xsi:type="dcterms:W3CDTF">2026-07-10T11:11:00Z</dcterms:created>
  <dcterms:modified xsi:type="dcterms:W3CDTF">2026-07-10T12:06:00Z</dcterms:modified>
</cp:coreProperties>
</file>