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AZIENDA SANITARIA PROVINCIALE DI COSENZA</w:t>
      </w:r>
    </w:p>
    <w:p>
      <w:pPr>
        <w:jc w:val="center"/>
      </w:pPr>
      <w:r>
        <w:rPr>
          <w:b/>
        </w:rPr>
        <w:t>U.O.C. GESTIONE TECNICO PATRIMONIALE</w:t>
      </w:r>
    </w:p>
    <w:p>
      <w:pPr>
        <w:pStyle w:val="Title"/>
        <w:jc w:val="center"/>
      </w:pPr>
      <w:r>
        <w:t>ALLEGATO A - MANIFESTAZIONE DI INTERESSE</w:t>
      </w:r>
    </w:p>
    <w:p>
      <w:pPr>
        <w:jc w:val="center"/>
      </w:pPr>
      <w:r>
        <w:rPr>
          <w:b/>
        </w:rPr>
        <w:t>Fornitura di n. 2 ecografi carrellati top di gamma per terapia intensiva</w:t>
      </w:r>
    </w:p>
    <w:p>
      <w:r>
        <w:t>Il/La sottoscritto/a ____________________________________________, nato/a a __________________________ il ____________, C.F. __________________________, in qualità di __________________________ dell'operatore economico ____________________________________________, C.F./P.IVA __________________________, con sede in ____________________________________________, PEC __________________________,</w:t>
      </w:r>
    </w:p>
    <w:p>
      <w:pPr>
        <w:jc w:val="center"/>
      </w:pPr>
      <w:r>
        <w:rPr>
          <w:b/>
        </w:rPr>
        <w:t>MANIFESTA IL PROPRIO INTERESSE</w:t>
      </w:r>
    </w:p>
    <w:p>
      <w:r>
        <w:t>a partecipare all'indagine esplorativa di mercato dell'ASP di Cosenza relativa alla fornitura di n. 2 ecografi carrellati top di gamma/fascia alta da destinare alle U.O. di Anestesia e Rianimazione dei Presidi Ospedalieri di Castrovillari e Rossano.</w:t>
      </w:r>
    </w:p>
    <w:p>
      <w:r>
        <w:t>A tal fine, ai sensi degli artt. 46 e 47 del D.P.R. n. 445/2000, consapevole delle responsabilità previste in caso di dichiarazioni mendaci,</w:t>
      </w:r>
    </w:p>
    <w:p>
      <w:pPr>
        <w:jc w:val="center"/>
      </w:pPr>
      <w:r>
        <w:rPr>
          <w:b/>
        </w:rPr>
        <w:t>DICHIARA</w:t>
      </w:r>
    </w:p>
    <w:p>
      <w:pPr>
        <w:pStyle w:val="ListBullet"/>
      </w:pPr>
      <w:r>
        <w:t>di essere in possesso dei requisiti di ordine generale previsti dagli artt. 94 e seguenti del D.Lgs. n. 36/2023;</w:t>
      </w:r>
    </w:p>
    <w:p>
      <w:pPr>
        <w:pStyle w:val="ListBullet"/>
      </w:pPr>
      <w:r>
        <w:t>di essere iscritto nel Registro delle Imprese per attività coerente con l'oggetto della fornitura, ovvero nel registro professionale/commerciale equivalente dello Stato di stabilimento;</w:t>
      </w:r>
    </w:p>
    <w:p>
      <w:pPr>
        <w:pStyle w:val="ListBullet"/>
      </w:pPr>
      <w:r>
        <w:t>di possedere documentate esperienze pregresse idonee all'esecuzione della fornitura;</w:t>
      </w:r>
    </w:p>
    <w:p>
      <w:pPr>
        <w:pStyle w:val="ListBullet"/>
      </w:pPr>
      <w:r>
        <w:t>di aver preso visione e di accettare la natura meramente esplorativa dell'indagine, che non attribuisce alcun diritto all'affidamento;</w:t>
      </w:r>
    </w:p>
    <w:p>
      <w:pPr>
        <w:pStyle w:val="ListBullet"/>
      </w:pPr>
      <w:r>
        <w:t>di impegnarsi a produrre, ove richiesto, la documentazione necessaria alla verifica delle dichiarazioni rese;</w:t>
      </w:r>
    </w:p>
    <w:p>
      <w:pPr>
        <w:pStyle w:val="ListBullet"/>
      </w:pPr>
      <w:r>
        <w:t>di aver preso visione dell'informativa sul trattamento dei dati personali.</w:t>
      </w:r>
    </w:p>
    <w:p>
      <w:pPr>
        <w:pStyle w:val="Heading1"/>
      </w:pPr>
      <w:r>
        <w:t>Esperienze pregresse idonee</w:t>
      </w:r>
    </w:p>
    <w:p>
      <w:r>
        <w:t>1. Committente: __________________________  Oggetto: __________________________  Periodo: __________  Importo: € __________</w:t>
      </w:r>
    </w:p>
    <w:p>
      <w:r>
        <w:t>2. Committente: __________________________  Oggetto: __________________________  Periodo: __________  Importo: € __________</w:t>
      </w:r>
    </w:p>
    <w:p>
      <w:r>
        <w:t>3. Committente: __________________________  Oggetto: __________________________  Periodo: __________  Importo: € __________</w:t>
      </w:r>
    </w:p>
    <w:p>
      <w:pPr>
        <w:pStyle w:val="Heading1"/>
      </w:pPr>
      <w:r>
        <w:t>Soluzione proposta</w:t>
      </w:r>
    </w:p>
    <w:p>
      <w:r>
        <w:t>Marca/Fabbricante: __________________________</w:t>
      </w:r>
    </w:p>
    <w:p>
      <w:r>
        <w:t>Modello: __________________________</w:t>
      </w:r>
    </w:p>
    <w:p>
      <w:r>
        <w:t>Configurazione sintetica: ______________________________________________________________</w:t>
      </w:r>
    </w:p>
    <w:p>
      <w:r>
        <w:t>Eventuale ricorso al principio di equivalenza:  [ ] NO   [ ] SÌ - allegata documentazione di equivalenza</w:t>
      </w:r>
    </w:p>
    <w:p>
      <w:r>
        <w:t>Valore economico indicativo/preventivo, IVA esclusa: € __________________________</w:t>
      </w:r>
    </w:p>
    <w:p>
      <w:r>
        <w:t>Tempi indicativi di consegna/installazione: __________________________</w:t>
      </w:r>
    </w:p>
    <w:p>
      <w:r>
        <w:t>Durata garanzia/full-risk proposta: __________________________</w:t>
      </w:r>
    </w:p>
    <w:p/>
    <w:p>
      <w:r>
        <w:t>Luogo e data __________________________</w:t>
      </w:r>
    </w:p>
    <w:p>
      <w:r>
        <w:t>Il Legale Rappresentante / Procuratore</w:t>
        <w:br/>
        <w:t>__________________________________</w:t>
        <w:br/>
        <w:t>Documento sottoscritto digitalmente</w:t>
      </w:r>
    </w:p>
    <w:sectPr w:rsidR="00FC693F" w:rsidRPr="0006063C" w:rsidSect="00034616">
      <w:pgSz w:w="12240" w:h="15840"/>
      <w:pgMar w:top="964" w:right="1191" w:bottom="964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